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49D3D8E" w14:textId="77777777" w:rsidR="00AB6924" w:rsidRDefault="008A090D">
      <w:pPr>
        <w:pStyle w:val="Heading1"/>
      </w:pPr>
      <w:r>
        <w:t>Thames Ditton proposed pedestrian zone - Active Travel</w:t>
      </w:r>
    </w:p>
    <w:p w14:paraId="4F4F5C2F" w14:textId="77777777" w:rsidR="00AB6924" w:rsidRDefault="008A090D">
      <w:r>
        <w:br/>
        <w:t>The consultation ran from 25/09/2020 to 13/10/2020</w:t>
      </w:r>
    </w:p>
    <w:p w14:paraId="32904A9F" w14:textId="1297490A" w:rsidR="00AB6924" w:rsidRDefault="008A090D">
      <w:r>
        <w:t xml:space="preserve">Responses to this survey: </w:t>
      </w:r>
      <w:r>
        <w:rPr>
          <w:b/>
        </w:rPr>
        <w:t>39</w:t>
      </w:r>
      <w:r w:rsidR="00737BBB">
        <w:rPr>
          <w:b/>
        </w:rPr>
        <w:t>3</w:t>
      </w:r>
    </w:p>
    <w:p w14:paraId="648B7D8B" w14:textId="77777777" w:rsidR="00AB6924" w:rsidRDefault="00AB6924"/>
    <w:p w14:paraId="565C17C9" w14:textId="77777777" w:rsidR="00AB6924" w:rsidRDefault="008A090D">
      <w:pPr>
        <w:pStyle w:val="Heading2"/>
      </w:pPr>
      <w:r>
        <w:t xml:space="preserve">1: Do you support the implementation of a proposed trial pedestrian area near The Lime Tree at the junction of the High Street with Ashley Road on a part time or </w:t>
      </w:r>
      <w:r w:rsidR="002B628F">
        <w:t>full-time</w:t>
      </w:r>
      <w:r>
        <w:t xml:space="preserve"> basis?</w:t>
      </w:r>
    </w:p>
    <w:p w14:paraId="26094F24" w14:textId="77777777" w:rsidR="00AB6924" w:rsidRDefault="008A090D">
      <w:r>
        <w:br/>
      </w:r>
      <w:r>
        <w:rPr>
          <w:b/>
        </w:rPr>
        <w:t>Support for pedestrian area</w:t>
      </w:r>
    </w:p>
    <w:p w14:paraId="4E2DD8BE" w14:textId="1B116C18" w:rsidR="00AB6924" w:rsidRDefault="008A090D">
      <w:r>
        <w:t>There were 39</w:t>
      </w:r>
      <w:r w:rsidR="00737BBB">
        <w:t>3</w:t>
      </w:r>
      <w:r>
        <w:t xml:space="preserve"> responses to this part of the question.</w:t>
      </w:r>
    </w:p>
    <w:tbl>
      <w:tblPr>
        <w:tblStyle w:val="LightGrid-Accent1"/>
        <w:tblW w:w="0" w:type="auto"/>
        <w:tblLook w:val="04A0" w:firstRow="1" w:lastRow="0" w:firstColumn="1" w:lastColumn="0" w:noHBand="0" w:noVBand="1"/>
      </w:tblPr>
      <w:tblGrid>
        <w:gridCol w:w="6353"/>
        <w:gridCol w:w="1133"/>
        <w:gridCol w:w="1134"/>
      </w:tblGrid>
      <w:tr w:rsidR="00AB6924" w14:paraId="77F1B091" w14:textId="77777777" w:rsidTr="00AB6924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28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372" w:type="dxa"/>
          </w:tcPr>
          <w:p w14:paraId="4FE0C17F" w14:textId="77777777" w:rsidR="00AB6924" w:rsidRDefault="008A090D">
            <w:r>
              <w:t>Option</w:t>
            </w:r>
          </w:p>
        </w:tc>
        <w:tc>
          <w:tcPr>
            <w:tcW w:w="1134" w:type="dxa"/>
          </w:tcPr>
          <w:p w14:paraId="7C6C021F" w14:textId="77777777" w:rsidR="00AB6924" w:rsidRDefault="008A090D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>
              <w:t>Total</w:t>
            </w:r>
          </w:p>
        </w:tc>
        <w:tc>
          <w:tcPr>
            <w:tcW w:w="1134" w:type="dxa"/>
          </w:tcPr>
          <w:p w14:paraId="569A490F" w14:textId="77777777" w:rsidR="00AB6924" w:rsidRDefault="008A090D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>
              <w:t>Percent</w:t>
            </w:r>
          </w:p>
        </w:tc>
      </w:tr>
      <w:tr w:rsidR="00AB6924" w14:paraId="4F6068ED" w14:textId="77777777" w:rsidTr="00AB692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8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372" w:type="dxa"/>
          </w:tcPr>
          <w:p w14:paraId="0E0FAF01" w14:textId="77777777" w:rsidR="00AB6924" w:rsidRDefault="008A090D">
            <w:r>
              <w:t>Yes (full time basis)</w:t>
            </w:r>
          </w:p>
        </w:tc>
        <w:tc>
          <w:tcPr>
            <w:tcW w:w="1134" w:type="dxa"/>
          </w:tcPr>
          <w:p w14:paraId="0AB96473" w14:textId="2E5ED6A2" w:rsidR="00AB6924" w:rsidRDefault="008A090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19</w:t>
            </w:r>
            <w:r w:rsidR="004757CC">
              <w:t>3</w:t>
            </w:r>
          </w:p>
        </w:tc>
        <w:tc>
          <w:tcPr>
            <w:tcW w:w="1134" w:type="dxa"/>
          </w:tcPr>
          <w:p w14:paraId="054F5444" w14:textId="3711C01A" w:rsidR="00AB6924" w:rsidRDefault="008A090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686C45">
              <w:rPr>
                <w:color w:val="FF0000"/>
              </w:rPr>
              <w:t>49.1</w:t>
            </w:r>
            <w:r w:rsidR="000723BE" w:rsidRPr="00686C45">
              <w:rPr>
                <w:color w:val="FF0000"/>
              </w:rPr>
              <w:t>1</w:t>
            </w:r>
            <w:r>
              <w:t>%</w:t>
            </w:r>
          </w:p>
        </w:tc>
      </w:tr>
      <w:tr w:rsidR="00AB6924" w14:paraId="66FC47F1" w14:textId="77777777" w:rsidTr="00AB6924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28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372" w:type="dxa"/>
          </w:tcPr>
          <w:p w14:paraId="40A63D17" w14:textId="77777777" w:rsidR="00AB6924" w:rsidRDefault="008A090D">
            <w:r>
              <w:t>Yes (part time basis)</w:t>
            </w:r>
          </w:p>
        </w:tc>
        <w:tc>
          <w:tcPr>
            <w:tcW w:w="1134" w:type="dxa"/>
          </w:tcPr>
          <w:p w14:paraId="448271E6" w14:textId="77777777" w:rsidR="00AB6924" w:rsidRDefault="008A090D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49</w:t>
            </w:r>
          </w:p>
        </w:tc>
        <w:tc>
          <w:tcPr>
            <w:tcW w:w="1134" w:type="dxa"/>
          </w:tcPr>
          <w:p w14:paraId="5B585686" w14:textId="43D8C974" w:rsidR="00AB6924" w:rsidRDefault="008A090D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 w:rsidRPr="00686C45">
              <w:rPr>
                <w:color w:val="FF0000"/>
              </w:rPr>
              <w:t>12.</w:t>
            </w:r>
            <w:r w:rsidR="004E2765" w:rsidRPr="00686C45">
              <w:rPr>
                <w:color w:val="FF0000"/>
              </w:rPr>
              <w:t>47</w:t>
            </w:r>
            <w:r>
              <w:t>%</w:t>
            </w:r>
          </w:p>
        </w:tc>
      </w:tr>
      <w:tr w:rsidR="00AB6924" w14:paraId="6F34F333" w14:textId="77777777" w:rsidTr="00AB692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8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372" w:type="dxa"/>
          </w:tcPr>
          <w:p w14:paraId="7760CCA7" w14:textId="77777777" w:rsidR="00AB6924" w:rsidRDefault="008A090D">
            <w:r>
              <w:t>No</w:t>
            </w:r>
          </w:p>
        </w:tc>
        <w:tc>
          <w:tcPr>
            <w:tcW w:w="1134" w:type="dxa"/>
          </w:tcPr>
          <w:p w14:paraId="57981648" w14:textId="4DAF225E" w:rsidR="00AB6924" w:rsidRDefault="008A090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14</w:t>
            </w:r>
            <w:r w:rsidR="00737BBB">
              <w:t>8</w:t>
            </w:r>
          </w:p>
        </w:tc>
        <w:tc>
          <w:tcPr>
            <w:tcW w:w="1134" w:type="dxa"/>
          </w:tcPr>
          <w:p w14:paraId="009BAC7D" w14:textId="0B619F81" w:rsidR="00AB6924" w:rsidRDefault="008A090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686C45">
              <w:rPr>
                <w:color w:val="FF0000"/>
              </w:rPr>
              <w:t>3</w:t>
            </w:r>
            <w:r w:rsidR="004E2765" w:rsidRPr="00686C45">
              <w:rPr>
                <w:color w:val="FF0000"/>
              </w:rPr>
              <w:t>7.66</w:t>
            </w:r>
            <w:r w:rsidR="004E2765">
              <w:t>%</w:t>
            </w:r>
          </w:p>
        </w:tc>
      </w:tr>
      <w:tr w:rsidR="00AB6924" w14:paraId="6F48E608" w14:textId="77777777" w:rsidTr="00AB6924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28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372" w:type="dxa"/>
          </w:tcPr>
          <w:p w14:paraId="5D62E9C8" w14:textId="77777777" w:rsidR="00AB6924" w:rsidRDefault="008A090D">
            <w:r>
              <w:t>No opinion</w:t>
            </w:r>
          </w:p>
        </w:tc>
        <w:tc>
          <w:tcPr>
            <w:tcW w:w="1134" w:type="dxa"/>
          </w:tcPr>
          <w:p w14:paraId="36AF8595" w14:textId="77777777" w:rsidR="00AB6924" w:rsidRDefault="008A090D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3</w:t>
            </w:r>
          </w:p>
        </w:tc>
        <w:tc>
          <w:tcPr>
            <w:tcW w:w="1134" w:type="dxa"/>
          </w:tcPr>
          <w:p w14:paraId="06A47C80" w14:textId="74FB3CED" w:rsidR="00AB6924" w:rsidRDefault="008A090D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0.7</w:t>
            </w:r>
            <w:r w:rsidR="004E2765">
              <w:t>6</w:t>
            </w:r>
            <w:r>
              <w:t>%</w:t>
            </w:r>
          </w:p>
        </w:tc>
      </w:tr>
      <w:tr w:rsidR="00AB6924" w14:paraId="404500B0" w14:textId="77777777" w:rsidTr="00AB692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8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372" w:type="dxa"/>
          </w:tcPr>
          <w:p w14:paraId="5AADAF33" w14:textId="77777777" w:rsidR="00AB6924" w:rsidRDefault="008A090D">
            <w:r>
              <w:t>Not Answered</w:t>
            </w:r>
          </w:p>
        </w:tc>
        <w:tc>
          <w:tcPr>
            <w:tcW w:w="1134" w:type="dxa"/>
          </w:tcPr>
          <w:p w14:paraId="54271FC0" w14:textId="77777777" w:rsidR="00AB6924" w:rsidRDefault="008A090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0</w:t>
            </w:r>
          </w:p>
        </w:tc>
        <w:tc>
          <w:tcPr>
            <w:tcW w:w="1134" w:type="dxa"/>
          </w:tcPr>
          <w:p w14:paraId="7BF9FBFD" w14:textId="77777777" w:rsidR="00AB6924" w:rsidRDefault="008A090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0.00%</w:t>
            </w:r>
          </w:p>
        </w:tc>
      </w:tr>
    </w:tbl>
    <w:p w14:paraId="32382971" w14:textId="77777777" w:rsidR="00AB6924" w:rsidRDefault="00AB6924"/>
    <w:p w14:paraId="2F9AB529" w14:textId="77777777" w:rsidR="00AB6924" w:rsidRDefault="008A090D">
      <w:pPr>
        <w:pStyle w:val="Heading2"/>
      </w:pPr>
      <w:r>
        <w:t>2: If a trial pedestrian area were to go ahead, what would be your preferred days of the week for the scheme to be deployed?</w:t>
      </w:r>
    </w:p>
    <w:p w14:paraId="5D24A8F4" w14:textId="77777777" w:rsidR="00AB6924" w:rsidRDefault="008A090D">
      <w:r>
        <w:br/>
      </w:r>
      <w:proofErr w:type="spellStart"/>
      <w:r>
        <w:rPr>
          <w:b/>
        </w:rPr>
        <w:t>Everyday</w:t>
      </w:r>
      <w:proofErr w:type="spellEnd"/>
      <w:r>
        <w:rPr>
          <w:b/>
        </w:rPr>
        <w:t xml:space="preserve"> (yes/no)</w:t>
      </w:r>
    </w:p>
    <w:p w14:paraId="62728848" w14:textId="555CB62A" w:rsidR="00AB6924" w:rsidRDefault="008A090D">
      <w:r>
        <w:t xml:space="preserve">There </w:t>
      </w:r>
      <w:r w:rsidRPr="00566BC0">
        <w:t>were 11</w:t>
      </w:r>
      <w:r w:rsidR="00566BC0" w:rsidRPr="00566BC0">
        <w:t xml:space="preserve">1 </w:t>
      </w:r>
      <w:r w:rsidRPr="00566BC0">
        <w:t>responses to this part</w:t>
      </w:r>
      <w:r>
        <w:t xml:space="preserve"> of the question.</w:t>
      </w:r>
    </w:p>
    <w:tbl>
      <w:tblPr>
        <w:tblStyle w:val="LightGrid-Accent1"/>
        <w:tblW w:w="0" w:type="auto"/>
        <w:tblLook w:val="04A0" w:firstRow="1" w:lastRow="0" w:firstColumn="1" w:lastColumn="0" w:noHBand="0" w:noVBand="1"/>
      </w:tblPr>
      <w:tblGrid>
        <w:gridCol w:w="6353"/>
        <w:gridCol w:w="1133"/>
        <w:gridCol w:w="1134"/>
      </w:tblGrid>
      <w:tr w:rsidR="00AB6924" w14:paraId="2988127F" w14:textId="77777777" w:rsidTr="00AB6924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28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372" w:type="dxa"/>
          </w:tcPr>
          <w:p w14:paraId="5EE324B8" w14:textId="77777777" w:rsidR="00AB6924" w:rsidRDefault="008A090D">
            <w:r>
              <w:t>Option</w:t>
            </w:r>
          </w:p>
        </w:tc>
        <w:tc>
          <w:tcPr>
            <w:tcW w:w="1134" w:type="dxa"/>
          </w:tcPr>
          <w:p w14:paraId="4B049CA1" w14:textId="77777777" w:rsidR="00AB6924" w:rsidRDefault="008A090D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>
              <w:t>Total</w:t>
            </w:r>
          </w:p>
        </w:tc>
        <w:tc>
          <w:tcPr>
            <w:tcW w:w="1134" w:type="dxa"/>
          </w:tcPr>
          <w:p w14:paraId="0AF9BB03" w14:textId="77777777" w:rsidR="00AB6924" w:rsidRDefault="008A090D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>
              <w:t>Percent</w:t>
            </w:r>
          </w:p>
        </w:tc>
      </w:tr>
      <w:tr w:rsidR="00AB6924" w14:paraId="4BF8C2F3" w14:textId="77777777" w:rsidTr="00AB692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8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372" w:type="dxa"/>
          </w:tcPr>
          <w:p w14:paraId="643A52A6" w14:textId="77777777" w:rsidR="00AB6924" w:rsidRDefault="008A090D">
            <w:r>
              <w:t>Everyday</w:t>
            </w:r>
          </w:p>
        </w:tc>
        <w:tc>
          <w:tcPr>
            <w:tcW w:w="1134" w:type="dxa"/>
          </w:tcPr>
          <w:p w14:paraId="2C819335" w14:textId="117336FE" w:rsidR="00AB6924" w:rsidRDefault="008A090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6</w:t>
            </w:r>
            <w:r w:rsidR="004757CC">
              <w:t>1</w:t>
            </w:r>
          </w:p>
        </w:tc>
        <w:tc>
          <w:tcPr>
            <w:tcW w:w="1134" w:type="dxa"/>
          </w:tcPr>
          <w:p w14:paraId="01F9171F" w14:textId="02387EFF" w:rsidR="00AB6924" w:rsidRDefault="008A090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15.</w:t>
            </w:r>
            <w:r w:rsidR="004E2765">
              <w:t>52</w:t>
            </w:r>
            <w:r>
              <w:t>%</w:t>
            </w:r>
          </w:p>
        </w:tc>
      </w:tr>
      <w:tr w:rsidR="00AB6924" w14:paraId="44CBDB57" w14:textId="77777777" w:rsidTr="00AB6924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28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372" w:type="dxa"/>
          </w:tcPr>
          <w:p w14:paraId="215BB115" w14:textId="77777777" w:rsidR="00AB6924" w:rsidRDefault="008A090D">
            <w:r>
              <w:t>Other (please specify below)</w:t>
            </w:r>
          </w:p>
        </w:tc>
        <w:tc>
          <w:tcPr>
            <w:tcW w:w="1134" w:type="dxa"/>
          </w:tcPr>
          <w:p w14:paraId="55A54413" w14:textId="77777777" w:rsidR="00AB6924" w:rsidRDefault="008A090D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50</w:t>
            </w:r>
          </w:p>
        </w:tc>
        <w:tc>
          <w:tcPr>
            <w:tcW w:w="1134" w:type="dxa"/>
          </w:tcPr>
          <w:p w14:paraId="403177C0" w14:textId="7EE12EE6" w:rsidR="00AB6924" w:rsidRDefault="008A090D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12.7</w:t>
            </w:r>
            <w:r w:rsidR="004E2765">
              <w:t>2</w:t>
            </w:r>
            <w:r>
              <w:t>%</w:t>
            </w:r>
          </w:p>
        </w:tc>
      </w:tr>
      <w:tr w:rsidR="00AB6924" w14:paraId="585CEEAA" w14:textId="77777777" w:rsidTr="00AB692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8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372" w:type="dxa"/>
          </w:tcPr>
          <w:p w14:paraId="5BAA633C" w14:textId="77777777" w:rsidR="00AB6924" w:rsidRDefault="008A090D">
            <w:r>
              <w:t>Not Answered</w:t>
            </w:r>
          </w:p>
        </w:tc>
        <w:tc>
          <w:tcPr>
            <w:tcW w:w="1134" w:type="dxa"/>
          </w:tcPr>
          <w:p w14:paraId="32ADCB57" w14:textId="0FD97380" w:rsidR="00AB6924" w:rsidRDefault="008A090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28</w:t>
            </w:r>
            <w:r w:rsidR="00737BBB">
              <w:t>2</w:t>
            </w:r>
          </w:p>
        </w:tc>
        <w:tc>
          <w:tcPr>
            <w:tcW w:w="1134" w:type="dxa"/>
          </w:tcPr>
          <w:p w14:paraId="505E9A94" w14:textId="34A0A912" w:rsidR="00AB6924" w:rsidRDefault="008A090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71.</w:t>
            </w:r>
            <w:r w:rsidR="004E2765">
              <w:t>76</w:t>
            </w:r>
            <w:r>
              <w:t>%</w:t>
            </w:r>
          </w:p>
        </w:tc>
      </w:tr>
    </w:tbl>
    <w:p w14:paraId="003CD3DE" w14:textId="77777777" w:rsidR="00AB6924" w:rsidRDefault="008A090D">
      <w:r>
        <w:br/>
      </w:r>
      <w:r>
        <w:rPr>
          <w:b/>
        </w:rPr>
        <w:t>Days of the week for the scheme - Mondays</w:t>
      </w:r>
    </w:p>
    <w:p w14:paraId="38989289" w14:textId="0B63DF7B" w:rsidR="00AB6924" w:rsidRDefault="008A090D">
      <w:r>
        <w:t>There were 31</w:t>
      </w:r>
      <w:r w:rsidR="00566BC0">
        <w:t>8</w:t>
      </w:r>
      <w:r>
        <w:t xml:space="preserve"> responses to this part of the question.</w:t>
      </w:r>
    </w:p>
    <w:tbl>
      <w:tblPr>
        <w:tblStyle w:val="LightGrid-Accent1"/>
        <w:tblW w:w="0" w:type="auto"/>
        <w:tblLook w:val="04A0" w:firstRow="1" w:lastRow="0" w:firstColumn="1" w:lastColumn="0" w:noHBand="0" w:noVBand="1"/>
      </w:tblPr>
      <w:tblGrid>
        <w:gridCol w:w="6353"/>
        <w:gridCol w:w="1133"/>
        <w:gridCol w:w="1134"/>
      </w:tblGrid>
      <w:tr w:rsidR="00AB6924" w14:paraId="0C362CD8" w14:textId="77777777" w:rsidTr="00AB6924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28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372" w:type="dxa"/>
          </w:tcPr>
          <w:p w14:paraId="503A7606" w14:textId="77777777" w:rsidR="00AB6924" w:rsidRDefault="008A090D">
            <w:r>
              <w:t>Option</w:t>
            </w:r>
          </w:p>
        </w:tc>
        <w:tc>
          <w:tcPr>
            <w:tcW w:w="1134" w:type="dxa"/>
          </w:tcPr>
          <w:p w14:paraId="6DCEADC0" w14:textId="77777777" w:rsidR="00AB6924" w:rsidRDefault="008A090D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>
              <w:t>Total</w:t>
            </w:r>
          </w:p>
        </w:tc>
        <w:tc>
          <w:tcPr>
            <w:tcW w:w="1134" w:type="dxa"/>
          </w:tcPr>
          <w:p w14:paraId="2CEC9C55" w14:textId="77777777" w:rsidR="00AB6924" w:rsidRDefault="008A090D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>
              <w:t>Percent</w:t>
            </w:r>
          </w:p>
        </w:tc>
      </w:tr>
      <w:tr w:rsidR="00AB6924" w14:paraId="5103272B" w14:textId="77777777" w:rsidTr="00AB692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8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372" w:type="dxa"/>
          </w:tcPr>
          <w:p w14:paraId="15630448" w14:textId="77777777" w:rsidR="00AB6924" w:rsidRDefault="008A090D">
            <w:r>
              <w:t>Yes</w:t>
            </w:r>
          </w:p>
        </w:tc>
        <w:tc>
          <w:tcPr>
            <w:tcW w:w="1134" w:type="dxa"/>
          </w:tcPr>
          <w:p w14:paraId="12A7FF46" w14:textId="12F3C802" w:rsidR="00AB6924" w:rsidRDefault="008A090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14</w:t>
            </w:r>
            <w:r w:rsidR="004757CC">
              <w:t>1</w:t>
            </w:r>
          </w:p>
        </w:tc>
        <w:tc>
          <w:tcPr>
            <w:tcW w:w="1134" w:type="dxa"/>
          </w:tcPr>
          <w:p w14:paraId="51F8CDFC" w14:textId="4589BB5E" w:rsidR="00AB6924" w:rsidRDefault="008A090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35.8</w:t>
            </w:r>
            <w:r w:rsidR="004E2765">
              <w:t>8</w:t>
            </w:r>
            <w:r>
              <w:t>%</w:t>
            </w:r>
          </w:p>
        </w:tc>
      </w:tr>
      <w:tr w:rsidR="00AB6924" w14:paraId="1477E8A5" w14:textId="77777777" w:rsidTr="00AB6924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28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372" w:type="dxa"/>
          </w:tcPr>
          <w:p w14:paraId="010288AC" w14:textId="77777777" w:rsidR="00AB6924" w:rsidRDefault="008A090D">
            <w:r>
              <w:t>No</w:t>
            </w:r>
          </w:p>
        </w:tc>
        <w:tc>
          <w:tcPr>
            <w:tcW w:w="1134" w:type="dxa"/>
          </w:tcPr>
          <w:p w14:paraId="5941DF1D" w14:textId="77777777" w:rsidR="00AB6924" w:rsidRDefault="008A090D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141</w:t>
            </w:r>
          </w:p>
        </w:tc>
        <w:tc>
          <w:tcPr>
            <w:tcW w:w="1134" w:type="dxa"/>
          </w:tcPr>
          <w:p w14:paraId="4F1930F4" w14:textId="62EC59B6" w:rsidR="00AB6924" w:rsidRDefault="008A090D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3</w:t>
            </w:r>
            <w:r w:rsidR="000E4C9E">
              <w:t>5.88</w:t>
            </w:r>
            <w:r>
              <w:t>%</w:t>
            </w:r>
          </w:p>
        </w:tc>
      </w:tr>
      <w:tr w:rsidR="00AB6924" w14:paraId="08B42ADC" w14:textId="77777777" w:rsidTr="00AB692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8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372" w:type="dxa"/>
          </w:tcPr>
          <w:p w14:paraId="5724B9E9" w14:textId="77777777" w:rsidR="00AB6924" w:rsidRDefault="008A090D">
            <w:r>
              <w:lastRenderedPageBreak/>
              <w:t>No opinion</w:t>
            </w:r>
          </w:p>
        </w:tc>
        <w:tc>
          <w:tcPr>
            <w:tcW w:w="1134" w:type="dxa"/>
          </w:tcPr>
          <w:p w14:paraId="36FD13C9" w14:textId="77777777" w:rsidR="00AB6924" w:rsidRDefault="008A090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36</w:t>
            </w:r>
          </w:p>
        </w:tc>
        <w:tc>
          <w:tcPr>
            <w:tcW w:w="1134" w:type="dxa"/>
          </w:tcPr>
          <w:p w14:paraId="25ECCE54" w14:textId="1F4C3498" w:rsidR="00AB6924" w:rsidRDefault="008A090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9.</w:t>
            </w:r>
            <w:r w:rsidR="000E4C9E">
              <w:t>16</w:t>
            </w:r>
            <w:r>
              <w:t>%</w:t>
            </w:r>
          </w:p>
        </w:tc>
      </w:tr>
      <w:tr w:rsidR="00AB6924" w14:paraId="441BB293" w14:textId="77777777" w:rsidTr="00AB6924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28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372" w:type="dxa"/>
          </w:tcPr>
          <w:p w14:paraId="02DCF232" w14:textId="77777777" w:rsidR="00AB6924" w:rsidRDefault="008A090D">
            <w:r>
              <w:t>Not Answered</w:t>
            </w:r>
          </w:p>
        </w:tc>
        <w:tc>
          <w:tcPr>
            <w:tcW w:w="1134" w:type="dxa"/>
          </w:tcPr>
          <w:p w14:paraId="71442B72" w14:textId="78ACFD8D" w:rsidR="00AB6924" w:rsidRDefault="008A090D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7</w:t>
            </w:r>
            <w:r w:rsidR="00737BBB">
              <w:t>5</w:t>
            </w:r>
          </w:p>
        </w:tc>
        <w:tc>
          <w:tcPr>
            <w:tcW w:w="1134" w:type="dxa"/>
          </w:tcPr>
          <w:p w14:paraId="5F43B8F7" w14:textId="0A4742CF" w:rsidR="00AB6924" w:rsidRDefault="008A090D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1</w:t>
            </w:r>
            <w:r w:rsidR="000E4C9E">
              <w:t>9</w:t>
            </w:r>
            <w:r>
              <w:t>.</w:t>
            </w:r>
            <w:r w:rsidR="000E4C9E">
              <w:t>08</w:t>
            </w:r>
            <w:r>
              <w:t>%</w:t>
            </w:r>
          </w:p>
        </w:tc>
      </w:tr>
    </w:tbl>
    <w:p w14:paraId="759E78E2" w14:textId="77777777" w:rsidR="00AB6924" w:rsidRDefault="008A090D">
      <w:r>
        <w:br/>
      </w:r>
      <w:r>
        <w:rPr>
          <w:b/>
        </w:rPr>
        <w:t>Days of the week for the scheme - Tuesdays</w:t>
      </w:r>
    </w:p>
    <w:p w14:paraId="5B905AE1" w14:textId="23222011" w:rsidR="00AB6924" w:rsidRDefault="008A090D">
      <w:r>
        <w:t>There were 31</w:t>
      </w:r>
      <w:r w:rsidR="00566BC0">
        <w:t>9</w:t>
      </w:r>
      <w:r>
        <w:t xml:space="preserve"> responses to this part of the question.</w:t>
      </w:r>
    </w:p>
    <w:tbl>
      <w:tblPr>
        <w:tblStyle w:val="LightGrid-Accent1"/>
        <w:tblW w:w="0" w:type="auto"/>
        <w:tblLook w:val="04A0" w:firstRow="1" w:lastRow="0" w:firstColumn="1" w:lastColumn="0" w:noHBand="0" w:noVBand="1"/>
      </w:tblPr>
      <w:tblGrid>
        <w:gridCol w:w="6353"/>
        <w:gridCol w:w="1133"/>
        <w:gridCol w:w="1134"/>
      </w:tblGrid>
      <w:tr w:rsidR="00AB6924" w14:paraId="4AF6AD88" w14:textId="77777777" w:rsidTr="00AB6924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28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372" w:type="dxa"/>
          </w:tcPr>
          <w:p w14:paraId="4BFB4F6A" w14:textId="77777777" w:rsidR="00AB6924" w:rsidRDefault="008A090D">
            <w:r>
              <w:t>Option</w:t>
            </w:r>
          </w:p>
        </w:tc>
        <w:tc>
          <w:tcPr>
            <w:tcW w:w="1134" w:type="dxa"/>
          </w:tcPr>
          <w:p w14:paraId="03228202" w14:textId="77777777" w:rsidR="00AB6924" w:rsidRDefault="008A090D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>
              <w:t>Total</w:t>
            </w:r>
          </w:p>
        </w:tc>
        <w:tc>
          <w:tcPr>
            <w:tcW w:w="1134" w:type="dxa"/>
          </w:tcPr>
          <w:p w14:paraId="5DE23ACD" w14:textId="77777777" w:rsidR="00AB6924" w:rsidRDefault="008A090D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>
              <w:t>Percent</w:t>
            </w:r>
          </w:p>
        </w:tc>
      </w:tr>
      <w:tr w:rsidR="00AB6924" w14:paraId="659B2C97" w14:textId="77777777" w:rsidTr="00AB692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8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372" w:type="dxa"/>
          </w:tcPr>
          <w:p w14:paraId="746C09D4" w14:textId="77777777" w:rsidR="00AB6924" w:rsidRDefault="008A090D">
            <w:r>
              <w:t>Yes</w:t>
            </w:r>
          </w:p>
        </w:tc>
        <w:tc>
          <w:tcPr>
            <w:tcW w:w="1134" w:type="dxa"/>
          </w:tcPr>
          <w:p w14:paraId="6FC1F888" w14:textId="74C037D0" w:rsidR="00AB6924" w:rsidRDefault="008A090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14</w:t>
            </w:r>
            <w:r w:rsidR="004757CC">
              <w:t>1</w:t>
            </w:r>
          </w:p>
        </w:tc>
        <w:tc>
          <w:tcPr>
            <w:tcW w:w="1134" w:type="dxa"/>
          </w:tcPr>
          <w:p w14:paraId="7F68769C" w14:textId="7C9BF499" w:rsidR="00AB6924" w:rsidRDefault="008A090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3</w:t>
            </w:r>
            <w:r w:rsidR="000E4C9E">
              <w:t>5.88</w:t>
            </w:r>
            <w:r>
              <w:t>%</w:t>
            </w:r>
          </w:p>
        </w:tc>
      </w:tr>
      <w:tr w:rsidR="00AB6924" w14:paraId="085DCDBF" w14:textId="77777777" w:rsidTr="00AB6924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28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372" w:type="dxa"/>
          </w:tcPr>
          <w:p w14:paraId="0D0A88AE" w14:textId="77777777" w:rsidR="00AB6924" w:rsidRDefault="008A090D">
            <w:r>
              <w:t>No</w:t>
            </w:r>
          </w:p>
        </w:tc>
        <w:tc>
          <w:tcPr>
            <w:tcW w:w="1134" w:type="dxa"/>
          </w:tcPr>
          <w:p w14:paraId="682A3D4C" w14:textId="77777777" w:rsidR="00AB6924" w:rsidRDefault="008A090D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140</w:t>
            </w:r>
          </w:p>
        </w:tc>
        <w:tc>
          <w:tcPr>
            <w:tcW w:w="1134" w:type="dxa"/>
          </w:tcPr>
          <w:p w14:paraId="377E6E64" w14:textId="635582FA" w:rsidR="00AB6924" w:rsidRDefault="008A090D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35.</w:t>
            </w:r>
            <w:r w:rsidR="000E4C9E">
              <w:t>62</w:t>
            </w:r>
            <w:r>
              <w:t>%</w:t>
            </w:r>
          </w:p>
        </w:tc>
      </w:tr>
      <w:tr w:rsidR="00AB6924" w14:paraId="601EF58D" w14:textId="77777777" w:rsidTr="00AB692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8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372" w:type="dxa"/>
          </w:tcPr>
          <w:p w14:paraId="11AABC95" w14:textId="77777777" w:rsidR="00AB6924" w:rsidRDefault="008A090D">
            <w:r>
              <w:t>No opinion</w:t>
            </w:r>
          </w:p>
        </w:tc>
        <w:tc>
          <w:tcPr>
            <w:tcW w:w="1134" w:type="dxa"/>
          </w:tcPr>
          <w:p w14:paraId="5E114957" w14:textId="77777777" w:rsidR="00AB6924" w:rsidRDefault="008A090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38</w:t>
            </w:r>
          </w:p>
        </w:tc>
        <w:tc>
          <w:tcPr>
            <w:tcW w:w="1134" w:type="dxa"/>
          </w:tcPr>
          <w:p w14:paraId="583764B2" w14:textId="215A2C0E" w:rsidR="00AB6924" w:rsidRDefault="008A090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9.</w:t>
            </w:r>
            <w:r w:rsidR="000E4C9E">
              <w:t>67</w:t>
            </w:r>
            <w:r>
              <w:t>%</w:t>
            </w:r>
          </w:p>
        </w:tc>
      </w:tr>
      <w:tr w:rsidR="00AB6924" w14:paraId="04DE4D3A" w14:textId="77777777" w:rsidTr="00AB6924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28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372" w:type="dxa"/>
          </w:tcPr>
          <w:p w14:paraId="1EBF09DA" w14:textId="77777777" w:rsidR="00AB6924" w:rsidRDefault="008A090D">
            <w:r>
              <w:t>Not Answered</w:t>
            </w:r>
          </w:p>
        </w:tc>
        <w:tc>
          <w:tcPr>
            <w:tcW w:w="1134" w:type="dxa"/>
          </w:tcPr>
          <w:p w14:paraId="21E9ABB1" w14:textId="40163401" w:rsidR="00AB6924" w:rsidRDefault="008A090D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7</w:t>
            </w:r>
            <w:r w:rsidR="00737BBB">
              <w:t>4</w:t>
            </w:r>
          </w:p>
        </w:tc>
        <w:tc>
          <w:tcPr>
            <w:tcW w:w="1134" w:type="dxa"/>
          </w:tcPr>
          <w:p w14:paraId="1C6C6152" w14:textId="32DD03AB" w:rsidR="00AB6924" w:rsidRDefault="008A090D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18.</w:t>
            </w:r>
            <w:r w:rsidR="000E4C9E">
              <w:t>83</w:t>
            </w:r>
            <w:r>
              <w:t>%</w:t>
            </w:r>
          </w:p>
        </w:tc>
      </w:tr>
    </w:tbl>
    <w:p w14:paraId="5F4553A7" w14:textId="77777777" w:rsidR="00AB6924" w:rsidRDefault="008A090D">
      <w:r>
        <w:br/>
      </w:r>
      <w:r>
        <w:rPr>
          <w:b/>
        </w:rPr>
        <w:t>Days of the week for the scheme - Wednesdays</w:t>
      </w:r>
    </w:p>
    <w:p w14:paraId="01A7269B" w14:textId="7B446046" w:rsidR="00AB6924" w:rsidRDefault="008A090D">
      <w:r>
        <w:t>There were 3</w:t>
      </w:r>
      <w:r w:rsidR="00566BC0">
        <w:t>20</w:t>
      </w:r>
      <w:r>
        <w:t xml:space="preserve"> responses to this part of the question.</w:t>
      </w:r>
    </w:p>
    <w:tbl>
      <w:tblPr>
        <w:tblStyle w:val="LightGrid-Accent1"/>
        <w:tblW w:w="0" w:type="auto"/>
        <w:tblLook w:val="04A0" w:firstRow="1" w:lastRow="0" w:firstColumn="1" w:lastColumn="0" w:noHBand="0" w:noVBand="1"/>
      </w:tblPr>
      <w:tblGrid>
        <w:gridCol w:w="6353"/>
        <w:gridCol w:w="1133"/>
        <w:gridCol w:w="1134"/>
      </w:tblGrid>
      <w:tr w:rsidR="00AB6924" w14:paraId="4F6CEE25" w14:textId="77777777" w:rsidTr="00AB6924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28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372" w:type="dxa"/>
          </w:tcPr>
          <w:p w14:paraId="0480C23B" w14:textId="77777777" w:rsidR="00AB6924" w:rsidRDefault="008A090D">
            <w:r>
              <w:t>Option</w:t>
            </w:r>
          </w:p>
        </w:tc>
        <w:tc>
          <w:tcPr>
            <w:tcW w:w="1134" w:type="dxa"/>
          </w:tcPr>
          <w:p w14:paraId="5AA81492" w14:textId="77777777" w:rsidR="00AB6924" w:rsidRDefault="008A090D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>
              <w:t>Total</w:t>
            </w:r>
          </w:p>
        </w:tc>
        <w:tc>
          <w:tcPr>
            <w:tcW w:w="1134" w:type="dxa"/>
          </w:tcPr>
          <w:p w14:paraId="7D2A00C8" w14:textId="77777777" w:rsidR="00AB6924" w:rsidRDefault="008A090D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>
              <w:t>Percent</w:t>
            </w:r>
          </w:p>
        </w:tc>
      </w:tr>
      <w:tr w:rsidR="00AB6924" w14:paraId="4613B08A" w14:textId="77777777" w:rsidTr="00AB692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8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372" w:type="dxa"/>
          </w:tcPr>
          <w:p w14:paraId="20F8D417" w14:textId="77777777" w:rsidR="00AB6924" w:rsidRDefault="008A090D">
            <w:r>
              <w:t>Yes</w:t>
            </w:r>
          </w:p>
        </w:tc>
        <w:tc>
          <w:tcPr>
            <w:tcW w:w="1134" w:type="dxa"/>
          </w:tcPr>
          <w:p w14:paraId="04ED373F" w14:textId="24158ADA" w:rsidR="00AB6924" w:rsidRDefault="008A090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14</w:t>
            </w:r>
            <w:r w:rsidR="004757CC">
              <w:t>7</w:t>
            </w:r>
          </w:p>
        </w:tc>
        <w:tc>
          <w:tcPr>
            <w:tcW w:w="1134" w:type="dxa"/>
          </w:tcPr>
          <w:p w14:paraId="1B6D2AE7" w14:textId="0FBDBD20" w:rsidR="00AB6924" w:rsidRDefault="008A090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37.</w:t>
            </w:r>
            <w:r w:rsidR="000E4C9E">
              <w:t>40</w:t>
            </w:r>
            <w:r>
              <w:t>%</w:t>
            </w:r>
          </w:p>
        </w:tc>
      </w:tr>
      <w:tr w:rsidR="00AB6924" w14:paraId="602A496F" w14:textId="77777777" w:rsidTr="00AB6924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28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372" w:type="dxa"/>
          </w:tcPr>
          <w:p w14:paraId="7C68890D" w14:textId="77777777" w:rsidR="00AB6924" w:rsidRDefault="008A090D">
            <w:r>
              <w:t>No</w:t>
            </w:r>
          </w:p>
        </w:tc>
        <w:tc>
          <w:tcPr>
            <w:tcW w:w="1134" w:type="dxa"/>
          </w:tcPr>
          <w:p w14:paraId="515EBFA4" w14:textId="77777777" w:rsidR="00AB6924" w:rsidRDefault="008A090D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138</w:t>
            </w:r>
          </w:p>
        </w:tc>
        <w:tc>
          <w:tcPr>
            <w:tcW w:w="1134" w:type="dxa"/>
          </w:tcPr>
          <w:p w14:paraId="3AEAE399" w14:textId="529A72F7" w:rsidR="00AB6924" w:rsidRDefault="008A090D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35.</w:t>
            </w:r>
            <w:r w:rsidR="000E4C9E">
              <w:t>11</w:t>
            </w:r>
            <w:r>
              <w:t>%</w:t>
            </w:r>
          </w:p>
        </w:tc>
      </w:tr>
      <w:tr w:rsidR="00AB6924" w14:paraId="13CA641D" w14:textId="77777777" w:rsidTr="00AB692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8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372" w:type="dxa"/>
          </w:tcPr>
          <w:p w14:paraId="515013E5" w14:textId="77777777" w:rsidR="00AB6924" w:rsidRDefault="008A090D">
            <w:r>
              <w:t>No opinion</w:t>
            </w:r>
          </w:p>
        </w:tc>
        <w:tc>
          <w:tcPr>
            <w:tcW w:w="1134" w:type="dxa"/>
          </w:tcPr>
          <w:p w14:paraId="0818199A" w14:textId="77777777" w:rsidR="00AB6924" w:rsidRDefault="008A090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35</w:t>
            </w:r>
          </w:p>
        </w:tc>
        <w:tc>
          <w:tcPr>
            <w:tcW w:w="1134" w:type="dxa"/>
          </w:tcPr>
          <w:p w14:paraId="1F9AE185" w14:textId="55A6193D" w:rsidR="00AB6924" w:rsidRDefault="008A090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8.9</w:t>
            </w:r>
            <w:r w:rsidR="000E4C9E">
              <w:t>1</w:t>
            </w:r>
            <w:r>
              <w:t>%</w:t>
            </w:r>
          </w:p>
        </w:tc>
      </w:tr>
      <w:tr w:rsidR="00AB6924" w14:paraId="522B1AA0" w14:textId="77777777" w:rsidTr="00AB6924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28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372" w:type="dxa"/>
          </w:tcPr>
          <w:p w14:paraId="566F7A3C" w14:textId="77777777" w:rsidR="00AB6924" w:rsidRDefault="008A090D">
            <w:r>
              <w:t>Not Answered</w:t>
            </w:r>
          </w:p>
        </w:tc>
        <w:tc>
          <w:tcPr>
            <w:tcW w:w="1134" w:type="dxa"/>
          </w:tcPr>
          <w:p w14:paraId="0DB13780" w14:textId="5E1396E6" w:rsidR="00AB6924" w:rsidRDefault="008A090D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7</w:t>
            </w:r>
            <w:r w:rsidR="00737BBB">
              <w:t>3</w:t>
            </w:r>
          </w:p>
        </w:tc>
        <w:tc>
          <w:tcPr>
            <w:tcW w:w="1134" w:type="dxa"/>
          </w:tcPr>
          <w:p w14:paraId="62AAEBF6" w14:textId="5CD422C9" w:rsidR="00AB6924" w:rsidRDefault="008A090D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18.</w:t>
            </w:r>
            <w:r w:rsidR="000E4C9E">
              <w:t>58</w:t>
            </w:r>
            <w:r>
              <w:t>%</w:t>
            </w:r>
          </w:p>
        </w:tc>
      </w:tr>
    </w:tbl>
    <w:p w14:paraId="5AA9594B" w14:textId="77777777" w:rsidR="00AB6924" w:rsidRDefault="008A090D">
      <w:r>
        <w:br/>
      </w:r>
      <w:r>
        <w:rPr>
          <w:b/>
        </w:rPr>
        <w:t>Days of the week for the scheme - Thursdays</w:t>
      </w:r>
    </w:p>
    <w:p w14:paraId="2DD3850A" w14:textId="51AB6E88" w:rsidR="00AB6924" w:rsidRDefault="008A090D">
      <w:r>
        <w:t>There were 31</w:t>
      </w:r>
      <w:r w:rsidR="00566BC0">
        <w:t>9</w:t>
      </w:r>
      <w:r>
        <w:t xml:space="preserve"> responses to this part of the question.</w:t>
      </w:r>
    </w:p>
    <w:tbl>
      <w:tblPr>
        <w:tblStyle w:val="LightGrid-Accent1"/>
        <w:tblW w:w="0" w:type="auto"/>
        <w:tblLook w:val="04A0" w:firstRow="1" w:lastRow="0" w:firstColumn="1" w:lastColumn="0" w:noHBand="0" w:noVBand="1"/>
      </w:tblPr>
      <w:tblGrid>
        <w:gridCol w:w="6353"/>
        <w:gridCol w:w="1133"/>
        <w:gridCol w:w="1134"/>
      </w:tblGrid>
      <w:tr w:rsidR="00AB6924" w14:paraId="57648C9C" w14:textId="77777777" w:rsidTr="00AB6924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28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372" w:type="dxa"/>
          </w:tcPr>
          <w:p w14:paraId="26A38E9A" w14:textId="77777777" w:rsidR="00AB6924" w:rsidRDefault="008A090D">
            <w:r>
              <w:t>Option</w:t>
            </w:r>
          </w:p>
        </w:tc>
        <w:tc>
          <w:tcPr>
            <w:tcW w:w="1134" w:type="dxa"/>
          </w:tcPr>
          <w:p w14:paraId="6BA265BC" w14:textId="77777777" w:rsidR="00AB6924" w:rsidRDefault="008A090D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>
              <w:t>Total</w:t>
            </w:r>
          </w:p>
        </w:tc>
        <w:tc>
          <w:tcPr>
            <w:tcW w:w="1134" w:type="dxa"/>
          </w:tcPr>
          <w:p w14:paraId="5025DB8D" w14:textId="77777777" w:rsidR="00AB6924" w:rsidRDefault="008A090D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>
              <w:t>Percent</w:t>
            </w:r>
          </w:p>
        </w:tc>
      </w:tr>
      <w:tr w:rsidR="00AB6924" w14:paraId="1852104F" w14:textId="77777777" w:rsidTr="00AB692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8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372" w:type="dxa"/>
          </w:tcPr>
          <w:p w14:paraId="47731516" w14:textId="77777777" w:rsidR="00AB6924" w:rsidRDefault="008A090D">
            <w:r>
              <w:t>Yes</w:t>
            </w:r>
          </w:p>
        </w:tc>
        <w:tc>
          <w:tcPr>
            <w:tcW w:w="1134" w:type="dxa"/>
          </w:tcPr>
          <w:p w14:paraId="24FCD3B9" w14:textId="68AEB4AA" w:rsidR="00AB6924" w:rsidRDefault="008A090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14</w:t>
            </w:r>
            <w:r w:rsidR="004757CC">
              <w:t>3</w:t>
            </w:r>
          </w:p>
        </w:tc>
        <w:tc>
          <w:tcPr>
            <w:tcW w:w="1134" w:type="dxa"/>
          </w:tcPr>
          <w:p w14:paraId="125314CF" w14:textId="37FD96B3" w:rsidR="00AB6924" w:rsidRDefault="008A090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36.3</w:t>
            </w:r>
            <w:r w:rsidR="000E4C9E">
              <w:t>9</w:t>
            </w:r>
            <w:r>
              <w:t>%</w:t>
            </w:r>
          </w:p>
        </w:tc>
      </w:tr>
      <w:tr w:rsidR="00AB6924" w14:paraId="64A99D9C" w14:textId="77777777" w:rsidTr="00AB6924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28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372" w:type="dxa"/>
          </w:tcPr>
          <w:p w14:paraId="1F4868A3" w14:textId="77777777" w:rsidR="00AB6924" w:rsidRDefault="008A090D">
            <w:r>
              <w:t>No</w:t>
            </w:r>
          </w:p>
        </w:tc>
        <w:tc>
          <w:tcPr>
            <w:tcW w:w="1134" w:type="dxa"/>
          </w:tcPr>
          <w:p w14:paraId="37E3090F" w14:textId="77777777" w:rsidR="00AB6924" w:rsidRDefault="008A090D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139</w:t>
            </w:r>
          </w:p>
        </w:tc>
        <w:tc>
          <w:tcPr>
            <w:tcW w:w="1134" w:type="dxa"/>
          </w:tcPr>
          <w:p w14:paraId="1BDF681B" w14:textId="465F7E28" w:rsidR="00AB6924" w:rsidRDefault="008A090D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35.</w:t>
            </w:r>
            <w:r w:rsidR="00D55394">
              <w:t>3</w:t>
            </w:r>
            <w:r w:rsidR="000E4C9E">
              <w:t>7</w:t>
            </w:r>
            <w:r>
              <w:t>%</w:t>
            </w:r>
          </w:p>
        </w:tc>
      </w:tr>
      <w:tr w:rsidR="00AB6924" w14:paraId="2104D442" w14:textId="77777777" w:rsidTr="00AB692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8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372" w:type="dxa"/>
          </w:tcPr>
          <w:p w14:paraId="5A1066A7" w14:textId="77777777" w:rsidR="00AB6924" w:rsidRDefault="008A090D">
            <w:r>
              <w:t>No opinion</w:t>
            </w:r>
          </w:p>
        </w:tc>
        <w:tc>
          <w:tcPr>
            <w:tcW w:w="1134" w:type="dxa"/>
          </w:tcPr>
          <w:p w14:paraId="423EED9C" w14:textId="77777777" w:rsidR="00AB6924" w:rsidRDefault="008A090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37</w:t>
            </w:r>
          </w:p>
        </w:tc>
        <w:tc>
          <w:tcPr>
            <w:tcW w:w="1134" w:type="dxa"/>
          </w:tcPr>
          <w:p w14:paraId="032E4474" w14:textId="162CF110" w:rsidR="00AB6924" w:rsidRDefault="008A090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9.4</w:t>
            </w:r>
            <w:r w:rsidR="000E4C9E">
              <w:t>1</w:t>
            </w:r>
            <w:r>
              <w:t>%</w:t>
            </w:r>
          </w:p>
        </w:tc>
      </w:tr>
      <w:tr w:rsidR="00AB6924" w14:paraId="40C3ED99" w14:textId="77777777" w:rsidTr="00AB6924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28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372" w:type="dxa"/>
          </w:tcPr>
          <w:p w14:paraId="514FB1B5" w14:textId="77777777" w:rsidR="00AB6924" w:rsidRDefault="008A090D">
            <w:r>
              <w:t>Not Answered</w:t>
            </w:r>
          </w:p>
        </w:tc>
        <w:tc>
          <w:tcPr>
            <w:tcW w:w="1134" w:type="dxa"/>
          </w:tcPr>
          <w:p w14:paraId="79615367" w14:textId="3FE3F6AE" w:rsidR="00AB6924" w:rsidRDefault="008A090D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7</w:t>
            </w:r>
            <w:r w:rsidR="00737BBB">
              <w:t>4</w:t>
            </w:r>
          </w:p>
        </w:tc>
        <w:tc>
          <w:tcPr>
            <w:tcW w:w="1134" w:type="dxa"/>
          </w:tcPr>
          <w:p w14:paraId="25C990C7" w14:textId="00C2ED78" w:rsidR="00AB6924" w:rsidRDefault="008A090D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18.</w:t>
            </w:r>
            <w:r w:rsidR="000E4C9E">
              <w:t>83</w:t>
            </w:r>
            <w:r>
              <w:t>%</w:t>
            </w:r>
          </w:p>
        </w:tc>
      </w:tr>
    </w:tbl>
    <w:p w14:paraId="377ECF1D" w14:textId="77777777" w:rsidR="00AB6924" w:rsidRDefault="008A090D">
      <w:r>
        <w:br/>
      </w:r>
      <w:r>
        <w:rPr>
          <w:b/>
        </w:rPr>
        <w:t>Days of the week for the scheme - Fridays</w:t>
      </w:r>
    </w:p>
    <w:p w14:paraId="16DC5EC9" w14:textId="6ED650B4" w:rsidR="00AB6924" w:rsidRDefault="008A090D">
      <w:r>
        <w:t>There were 3</w:t>
      </w:r>
      <w:r w:rsidR="00566BC0">
        <w:t>20</w:t>
      </w:r>
      <w:r>
        <w:t xml:space="preserve"> responses to this part of the question.</w:t>
      </w:r>
    </w:p>
    <w:tbl>
      <w:tblPr>
        <w:tblStyle w:val="LightGrid-Accent1"/>
        <w:tblW w:w="0" w:type="auto"/>
        <w:tblLook w:val="04A0" w:firstRow="1" w:lastRow="0" w:firstColumn="1" w:lastColumn="0" w:noHBand="0" w:noVBand="1"/>
      </w:tblPr>
      <w:tblGrid>
        <w:gridCol w:w="6353"/>
        <w:gridCol w:w="1133"/>
        <w:gridCol w:w="1134"/>
      </w:tblGrid>
      <w:tr w:rsidR="00AB6924" w14:paraId="0BC2A99B" w14:textId="77777777" w:rsidTr="00AB6924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28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372" w:type="dxa"/>
          </w:tcPr>
          <w:p w14:paraId="1F2CF0EE" w14:textId="77777777" w:rsidR="00AB6924" w:rsidRDefault="008A090D">
            <w:r>
              <w:t>Option</w:t>
            </w:r>
          </w:p>
        </w:tc>
        <w:tc>
          <w:tcPr>
            <w:tcW w:w="1134" w:type="dxa"/>
          </w:tcPr>
          <w:p w14:paraId="1A239EE0" w14:textId="77777777" w:rsidR="00AB6924" w:rsidRDefault="008A090D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>
              <w:t>Total</w:t>
            </w:r>
          </w:p>
        </w:tc>
        <w:tc>
          <w:tcPr>
            <w:tcW w:w="1134" w:type="dxa"/>
          </w:tcPr>
          <w:p w14:paraId="6392A4A1" w14:textId="77777777" w:rsidR="00AB6924" w:rsidRDefault="008A090D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>
              <w:t>Percent</w:t>
            </w:r>
          </w:p>
        </w:tc>
      </w:tr>
      <w:tr w:rsidR="00AB6924" w14:paraId="42A08797" w14:textId="77777777" w:rsidTr="00AB692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8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372" w:type="dxa"/>
          </w:tcPr>
          <w:p w14:paraId="45F14F1D" w14:textId="77777777" w:rsidR="00AB6924" w:rsidRDefault="008A090D">
            <w:r>
              <w:t>Yes</w:t>
            </w:r>
          </w:p>
        </w:tc>
        <w:tc>
          <w:tcPr>
            <w:tcW w:w="1134" w:type="dxa"/>
          </w:tcPr>
          <w:p w14:paraId="5574E107" w14:textId="20F29470" w:rsidR="00AB6924" w:rsidRDefault="008A090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15</w:t>
            </w:r>
            <w:r w:rsidR="004757CC">
              <w:t>8</w:t>
            </w:r>
          </w:p>
        </w:tc>
        <w:tc>
          <w:tcPr>
            <w:tcW w:w="1134" w:type="dxa"/>
          </w:tcPr>
          <w:p w14:paraId="7FE9AD0B" w14:textId="4FDD490F" w:rsidR="00AB6924" w:rsidRDefault="008A090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40.</w:t>
            </w:r>
            <w:r w:rsidR="00D55394">
              <w:t>20</w:t>
            </w:r>
            <w:r>
              <w:t>%</w:t>
            </w:r>
          </w:p>
        </w:tc>
      </w:tr>
      <w:tr w:rsidR="00AB6924" w14:paraId="4A1435DD" w14:textId="77777777" w:rsidTr="00AB6924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28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372" w:type="dxa"/>
          </w:tcPr>
          <w:p w14:paraId="237E8ACB" w14:textId="77777777" w:rsidR="00AB6924" w:rsidRDefault="008A090D">
            <w:r>
              <w:t>No</w:t>
            </w:r>
          </w:p>
        </w:tc>
        <w:tc>
          <w:tcPr>
            <w:tcW w:w="1134" w:type="dxa"/>
          </w:tcPr>
          <w:p w14:paraId="489F468B" w14:textId="77777777" w:rsidR="00AB6924" w:rsidRDefault="008A090D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132</w:t>
            </w:r>
          </w:p>
        </w:tc>
        <w:tc>
          <w:tcPr>
            <w:tcW w:w="1134" w:type="dxa"/>
          </w:tcPr>
          <w:p w14:paraId="21621033" w14:textId="1A5A5E83" w:rsidR="00AB6924" w:rsidRDefault="008A090D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33.</w:t>
            </w:r>
            <w:r w:rsidR="00D55394">
              <w:t>59</w:t>
            </w:r>
            <w:r>
              <w:t>%</w:t>
            </w:r>
          </w:p>
        </w:tc>
      </w:tr>
      <w:tr w:rsidR="00AB6924" w14:paraId="19BD01DB" w14:textId="77777777" w:rsidTr="00AB692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8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372" w:type="dxa"/>
          </w:tcPr>
          <w:p w14:paraId="0463481D" w14:textId="77777777" w:rsidR="00AB6924" w:rsidRDefault="008A090D">
            <w:r>
              <w:t>No opinion</w:t>
            </w:r>
          </w:p>
        </w:tc>
        <w:tc>
          <w:tcPr>
            <w:tcW w:w="1134" w:type="dxa"/>
          </w:tcPr>
          <w:p w14:paraId="6FD2386E" w14:textId="77777777" w:rsidR="00AB6924" w:rsidRDefault="008A090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30</w:t>
            </w:r>
          </w:p>
        </w:tc>
        <w:tc>
          <w:tcPr>
            <w:tcW w:w="1134" w:type="dxa"/>
          </w:tcPr>
          <w:p w14:paraId="6ECBC121" w14:textId="514F5899" w:rsidR="00AB6924" w:rsidRDefault="008A090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7.6</w:t>
            </w:r>
            <w:r w:rsidR="00D55394">
              <w:t>3</w:t>
            </w:r>
            <w:r>
              <w:t>%</w:t>
            </w:r>
          </w:p>
        </w:tc>
      </w:tr>
      <w:tr w:rsidR="00AB6924" w14:paraId="32E1143A" w14:textId="77777777" w:rsidTr="00AB6924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28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372" w:type="dxa"/>
          </w:tcPr>
          <w:p w14:paraId="02FCF392" w14:textId="77777777" w:rsidR="00AB6924" w:rsidRDefault="008A090D">
            <w:r>
              <w:t>Not Answered</w:t>
            </w:r>
          </w:p>
        </w:tc>
        <w:tc>
          <w:tcPr>
            <w:tcW w:w="1134" w:type="dxa"/>
          </w:tcPr>
          <w:p w14:paraId="3D18E6AE" w14:textId="40BB9ABB" w:rsidR="00AB6924" w:rsidRDefault="008A090D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7</w:t>
            </w:r>
            <w:r w:rsidR="00737BBB">
              <w:t>3</w:t>
            </w:r>
          </w:p>
        </w:tc>
        <w:tc>
          <w:tcPr>
            <w:tcW w:w="1134" w:type="dxa"/>
          </w:tcPr>
          <w:p w14:paraId="7F56755B" w14:textId="443969CF" w:rsidR="00AB6924" w:rsidRDefault="008A090D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18</w:t>
            </w:r>
            <w:r w:rsidR="00D55394">
              <w:t>.58</w:t>
            </w:r>
            <w:r>
              <w:t>%</w:t>
            </w:r>
          </w:p>
        </w:tc>
      </w:tr>
    </w:tbl>
    <w:p w14:paraId="7FD1CBC2" w14:textId="77777777" w:rsidR="002B628F" w:rsidRDefault="008A090D">
      <w:pPr>
        <w:rPr>
          <w:b/>
        </w:rPr>
      </w:pPr>
      <w:r>
        <w:br/>
      </w:r>
    </w:p>
    <w:p w14:paraId="2E82D7C0" w14:textId="77777777" w:rsidR="00AB6924" w:rsidRDefault="008A090D">
      <w:r>
        <w:rPr>
          <w:b/>
        </w:rPr>
        <w:lastRenderedPageBreak/>
        <w:t>Days of the week for the scheme - Saturdays</w:t>
      </w:r>
    </w:p>
    <w:p w14:paraId="6C9BA768" w14:textId="55980DB0" w:rsidR="00AB6924" w:rsidRDefault="008A090D">
      <w:r>
        <w:t>There were 32</w:t>
      </w:r>
      <w:r w:rsidR="00566BC0">
        <w:t>6</w:t>
      </w:r>
      <w:r>
        <w:t xml:space="preserve"> responses to this part of the question.</w:t>
      </w:r>
    </w:p>
    <w:tbl>
      <w:tblPr>
        <w:tblStyle w:val="LightGrid-Accent1"/>
        <w:tblW w:w="0" w:type="auto"/>
        <w:tblLook w:val="04A0" w:firstRow="1" w:lastRow="0" w:firstColumn="1" w:lastColumn="0" w:noHBand="0" w:noVBand="1"/>
      </w:tblPr>
      <w:tblGrid>
        <w:gridCol w:w="6353"/>
        <w:gridCol w:w="1133"/>
        <w:gridCol w:w="1134"/>
      </w:tblGrid>
      <w:tr w:rsidR="00AB6924" w14:paraId="759FDA71" w14:textId="77777777" w:rsidTr="00AB6924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28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372" w:type="dxa"/>
          </w:tcPr>
          <w:p w14:paraId="2A7225A3" w14:textId="77777777" w:rsidR="00AB6924" w:rsidRDefault="008A090D">
            <w:r>
              <w:t>Option</w:t>
            </w:r>
          </w:p>
        </w:tc>
        <w:tc>
          <w:tcPr>
            <w:tcW w:w="1134" w:type="dxa"/>
          </w:tcPr>
          <w:p w14:paraId="781AA492" w14:textId="77777777" w:rsidR="00AB6924" w:rsidRDefault="008A090D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>
              <w:t>Total</w:t>
            </w:r>
          </w:p>
        </w:tc>
        <w:tc>
          <w:tcPr>
            <w:tcW w:w="1134" w:type="dxa"/>
          </w:tcPr>
          <w:p w14:paraId="31286462" w14:textId="77777777" w:rsidR="00AB6924" w:rsidRDefault="008A090D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>
              <w:t>Percent</w:t>
            </w:r>
          </w:p>
        </w:tc>
      </w:tr>
      <w:tr w:rsidR="00AB6924" w14:paraId="4BFBBBF9" w14:textId="77777777" w:rsidTr="00AB692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8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372" w:type="dxa"/>
          </w:tcPr>
          <w:p w14:paraId="108C0EE6" w14:textId="77777777" w:rsidR="00AB6924" w:rsidRDefault="008A090D">
            <w:r>
              <w:t>Yes</w:t>
            </w:r>
          </w:p>
        </w:tc>
        <w:tc>
          <w:tcPr>
            <w:tcW w:w="1134" w:type="dxa"/>
          </w:tcPr>
          <w:p w14:paraId="68244C1E" w14:textId="37CE72B7" w:rsidR="00AB6924" w:rsidRDefault="008A090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20</w:t>
            </w:r>
            <w:r w:rsidR="004757CC">
              <w:t>2</w:t>
            </w:r>
          </w:p>
        </w:tc>
        <w:tc>
          <w:tcPr>
            <w:tcW w:w="1134" w:type="dxa"/>
          </w:tcPr>
          <w:p w14:paraId="53890E70" w14:textId="48549DEF" w:rsidR="00AB6924" w:rsidRDefault="008A090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51.4</w:t>
            </w:r>
            <w:r w:rsidR="00D55394">
              <w:t>0</w:t>
            </w:r>
            <w:r>
              <w:t>%</w:t>
            </w:r>
          </w:p>
        </w:tc>
      </w:tr>
      <w:tr w:rsidR="00AB6924" w14:paraId="1D5AF90A" w14:textId="77777777" w:rsidTr="00AB6924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28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372" w:type="dxa"/>
          </w:tcPr>
          <w:p w14:paraId="13671EC5" w14:textId="77777777" w:rsidR="00AB6924" w:rsidRDefault="008A090D">
            <w:r>
              <w:t>No</w:t>
            </w:r>
          </w:p>
        </w:tc>
        <w:tc>
          <w:tcPr>
            <w:tcW w:w="1134" w:type="dxa"/>
          </w:tcPr>
          <w:p w14:paraId="761420D6" w14:textId="77777777" w:rsidR="00AB6924" w:rsidRDefault="008A090D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107</w:t>
            </w:r>
          </w:p>
        </w:tc>
        <w:tc>
          <w:tcPr>
            <w:tcW w:w="1134" w:type="dxa"/>
          </w:tcPr>
          <w:p w14:paraId="7D3CB790" w14:textId="5A43CFCD" w:rsidR="00AB6924" w:rsidRDefault="008A090D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27.</w:t>
            </w:r>
            <w:r w:rsidR="00D55394">
              <w:t>23</w:t>
            </w:r>
            <w:r>
              <w:t>%</w:t>
            </w:r>
          </w:p>
        </w:tc>
      </w:tr>
      <w:tr w:rsidR="00AB6924" w14:paraId="0C3A02F9" w14:textId="77777777" w:rsidTr="00AB692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8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372" w:type="dxa"/>
          </w:tcPr>
          <w:p w14:paraId="4610B37F" w14:textId="77777777" w:rsidR="00AB6924" w:rsidRDefault="008A090D">
            <w:r>
              <w:t>No opinion</w:t>
            </w:r>
          </w:p>
        </w:tc>
        <w:tc>
          <w:tcPr>
            <w:tcW w:w="1134" w:type="dxa"/>
          </w:tcPr>
          <w:p w14:paraId="09C2F831" w14:textId="77777777" w:rsidR="00AB6924" w:rsidRDefault="008A090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17</w:t>
            </w:r>
          </w:p>
        </w:tc>
        <w:tc>
          <w:tcPr>
            <w:tcW w:w="1134" w:type="dxa"/>
          </w:tcPr>
          <w:p w14:paraId="17B8163E" w14:textId="50DA690C" w:rsidR="00AB6924" w:rsidRDefault="008A090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4.3</w:t>
            </w:r>
            <w:r w:rsidR="00D55394">
              <w:t>3</w:t>
            </w:r>
            <w:r>
              <w:t>%</w:t>
            </w:r>
          </w:p>
        </w:tc>
      </w:tr>
      <w:tr w:rsidR="00AB6924" w14:paraId="587D4803" w14:textId="77777777" w:rsidTr="00AB6924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28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372" w:type="dxa"/>
          </w:tcPr>
          <w:p w14:paraId="2890B1A5" w14:textId="77777777" w:rsidR="00AB6924" w:rsidRDefault="008A090D">
            <w:r>
              <w:t>Not Answered</w:t>
            </w:r>
          </w:p>
        </w:tc>
        <w:tc>
          <w:tcPr>
            <w:tcW w:w="1134" w:type="dxa"/>
          </w:tcPr>
          <w:p w14:paraId="51FBE0B4" w14:textId="42E7D871" w:rsidR="00AB6924" w:rsidRDefault="008A090D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6</w:t>
            </w:r>
            <w:r w:rsidR="00737BBB">
              <w:t>7</w:t>
            </w:r>
          </w:p>
        </w:tc>
        <w:tc>
          <w:tcPr>
            <w:tcW w:w="1134" w:type="dxa"/>
          </w:tcPr>
          <w:p w14:paraId="46E84A75" w14:textId="73710218" w:rsidR="00AB6924" w:rsidRDefault="008A090D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1</w:t>
            </w:r>
            <w:r w:rsidR="00D55394">
              <w:t>7.04</w:t>
            </w:r>
            <w:r>
              <w:t>%</w:t>
            </w:r>
          </w:p>
        </w:tc>
      </w:tr>
    </w:tbl>
    <w:p w14:paraId="59408F4D" w14:textId="77777777" w:rsidR="00AB6924" w:rsidRDefault="008A090D">
      <w:r>
        <w:br/>
      </w:r>
      <w:r>
        <w:rPr>
          <w:b/>
        </w:rPr>
        <w:t>Days of the week for the scheme - Sundays</w:t>
      </w:r>
    </w:p>
    <w:p w14:paraId="1CC6729D" w14:textId="75DE16D0" w:rsidR="00AB6924" w:rsidRDefault="008A090D">
      <w:r>
        <w:t>There were 32</w:t>
      </w:r>
      <w:r w:rsidR="00566BC0">
        <w:t>6</w:t>
      </w:r>
      <w:r>
        <w:t xml:space="preserve"> responses to this part of the question.</w:t>
      </w:r>
    </w:p>
    <w:tbl>
      <w:tblPr>
        <w:tblStyle w:val="LightGrid-Accent1"/>
        <w:tblW w:w="0" w:type="auto"/>
        <w:tblLook w:val="04A0" w:firstRow="1" w:lastRow="0" w:firstColumn="1" w:lastColumn="0" w:noHBand="0" w:noVBand="1"/>
      </w:tblPr>
      <w:tblGrid>
        <w:gridCol w:w="6353"/>
        <w:gridCol w:w="1133"/>
        <w:gridCol w:w="1134"/>
      </w:tblGrid>
      <w:tr w:rsidR="00AB6924" w14:paraId="4846FC69" w14:textId="77777777" w:rsidTr="00AB6924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28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372" w:type="dxa"/>
          </w:tcPr>
          <w:p w14:paraId="0427AB42" w14:textId="77777777" w:rsidR="00AB6924" w:rsidRDefault="008A090D">
            <w:r>
              <w:t>Option</w:t>
            </w:r>
          </w:p>
        </w:tc>
        <w:tc>
          <w:tcPr>
            <w:tcW w:w="1134" w:type="dxa"/>
          </w:tcPr>
          <w:p w14:paraId="00E1BBA0" w14:textId="77777777" w:rsidR="00AB6924" w:rsidRDefault="008A090D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>
              <w:t>Total</w:t>
            </w:r>
          </w:p>
        </w:tc>
        <w:tc>
          <w:tcPr>
            <w:tcW w:w="1134" w:type="dxa"/>
          </w:tcPr>
          <w:p w14:paraId="6EE7A8E3" w14:textId="77777777" w:rsidR="00AB6924" w:rsidRDefault="008A090D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>
              <w:t>Percent</w:t>
            </w:r>
          </w:p>
        </w:tc>
      </w:tr>
      <w:tr w:rsidR="00AB6924" w14:paraId="08E02376" w14:textId="77777777" w:rsidTr="00AB692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8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372" w:type="dxa"/>
          </w:tcPr>
          <w:p w14:paraId="664E1565" w14:textId="77777777" w:rsidR="00AB6924" w:rsidRDefault="008A090D">
            <w:r>
              <w:t>Yes</w:t>
            </w:r>
          </w:p>
        </w:tc>
        <w:tc>
          <w:tcPr>
            <w:tcW w:w="1134" w:type="dxa"/>
          </w:tcPr>
          <w:p w14:paraId="5C97A7F2" w14:textId="39830C71" w:rsidR="00AB6924" w:rsidRDefault="008A090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20</w:t>
            </w:r>
            <w:r w:rsidR="004757CC">
              <w:t>2</w:t>
            </w:r>
          </w:p>
        </w:tc>
        <w:tc>
          <w:tcPr>
            <w:tcW w:w="1134" w:type="dxa"/>
          </w:tcPr>
          <w:p w14:paraId="4112CA1A" w14:textId="73F6BC58" w:rsidR="00AB6924" w:rsidRDefault="008A090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51.4</w:t>
            </w:r>
            <w:r w:rsidR="00D55394">
              <w:t>0</w:t>
            </w:r>
            <w:r>
              <w:t>%</w:t>
            </w:r>
          </w:p>
        </w:tc>
      </w:tr>
      <w:tr w:rsidR="00AB6924" w14:paraId="728C3FFE" w14:textId="77777777" w:rsidTr="00AB6924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28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372" w:type="dxa"/>
          </w:tcPr>
          <w:p w14:paraId="19BD1B72" w14:textId="77777777" w:rsidR="00AB6924" w:rsidRDefault="008A090D">
            <w:r>
              <w:t>No</w:t>
            </w:r>
          </w:p>
        </w:tc>
        <w:tc>
          <w:tcPr>
            <w:tcW w:w="1134" w:type="dxa"/>
          </w:tcPr>
          <w:p w14:paraId="06D29306" w14:textId="77777777" w:rsidR="00AB6924" w:rsidRDefault="008A090D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104</w:t>
            </w:r>
          </w:p>
        </w:tc>
        <w:tc>
          <w:tcPr>
            <w:tcW w:w="1134" w:type="dxa"/>
          </w:tcPr>
          <w:p w14:paraId="575EFFE8" w14:textId="70723E2C" w:rsidR="00AB6924" w:rsidRDefault="008A090D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26.</w:t>
            </w:r>
            <w:r w:rsidR="00D55394">
              <w:t>46</w:t>
            </w:r>
            <w:r>
              <w:t>%</w:t>
            </w:r>
          </w:p>
        </w:tc>
      </w:tr>
      <w:tr w:rsidR="00AB6924" w14:paraId="3942BD5D" w14:textId="77777777" w:rsidTr="00AB692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8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372" w:type="dxa"/>
          </w:tcPr>
          <w:p w14:paraId="097FF5E1" w14:textId="77777777" w:rsidR="00AB6924" w:rsidRDefault="008A090D">
            <w:r>
              <w:t>No opinion</w:t>
            </w:r>
          </w:p>
        </w:tc>
        <w:tc>
          <w:tcPr>
            <w:tcW w:w="1134" w:type="dxa"/>
          </w:tcPr>
          <w:p w14:paraId="0D085CEF" w14:textId="77777777" w:rsidR="00AB6924" w:rsidRDefault="008A090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20</w:t>
            </w:r>
          </w:p>
        </w:tc>
        <w:tc>
          <w:tcPr>
            <w:tcW w:w="1134" w:type="dxa"/>
          </w:tcPr>
          <w:p w14:paraId="14E1E60A" w14:textId="4D6B367D" w:rsidR="00AB6924" w:rsidRDefault="008A090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5.</w:t>
            </w:r>
            <w:r w:rsidR="005740A4">
              <w:t>10%</w:t>
            </w:r>
          </w:p>
        </w:tc>
      </w:tr>
      <w:tr w:rsidR="00AB6924" w14:paraId="419C2A1C" w14:textId="77777777" w:rsidTr="00AB6924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28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372" w:type="dxa"/>
          </w:tcPr>
          <w:p w14:paraId="5067674F" w14:textId="77777777" w:rsidR="00AB6924" w:rsidRDefault="008A090D">
            <w:r>
              <w:t>Not Answered</w:t>
            </w:r>
          </w:p>
        </w:tc>
        <w:tc>
          <w:tcPr>
            <w:tcW w:w="1134" w:type="dxa"/>
          </w:tcPr>
          <w:p w14:paraId="29F32954" w14:textId="383A5EA5" w:rsidR="00AB6924" w:rsidRDefault="008A090D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6</w:t>
            </w:r>
            <w:r w:rsidR="00737BBB">
              <w:t>7</w:t>
            </w:r>
          </w:p>
        </w:tc>
        <w:tc>
          <w:tcPr>
            <w:tcW w:w="1134" w:type="dxa"/>
          </w:tcPr>
          <w:p w14:paraId="70853702" w14:textId="3B94C4CD" w:rsidR="00AB6924" w:rsidRDefault="00D55394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17.04</w:t>
            </w:r>
            <w:r w:rsidR="008A090D">
              <w:t>%</w:t>
            </w:r>
          </w:p>
        </w:tc>
      </w:tr>
    </w:tbl>
    <w:p w14:paraId="1F083AAF" w14:textId="77777777" w:rsidR="00AB6924" w:rsidRDefault="008A090D">
      <w:r>
        <w:br/>
      </w:r>
      <w:r>
        <w:rPr>
          <w:b/>
        </w:rPr>
        <w:t>Days of the week for the scheme - Bank Holidays</w:t>
      </w:r>
    </w:p>
    <w:p w14:paraId="19BFFC21" w14:textId="72D385C7" w:rsidR="00AB6924" w:rsidRDefault="008A090D">
      <w:r>
        <w:t>There were 32</w:t>
      </w:r>
      <w:r w:rsidR="00566BC0">
        <w:t>9</w:t>
      </w:r>
      <w:r>
        <w:t xml:space="preserve"> responses to this part of the question.</w:t>
      </w:r>
    </w:p>
    <w:tbl>
      <w:tblPr>
        <w:tblStyle w:val="LightGrid-Accent1"/>
        <w:tblW w:w="0" w:type="auto"/>
        <w:tblLook w:val="04A0" w:firstRow="1" w:lastRow="0" w:firstColumn="1" w:lastColumn="0" w:noHBand="0" w:noVBand="1"/>
      </w:tblPr>
      <w:tblGrid>
        <w:gridCol w:w="6353"/>
        <w:gridCol w:w="1133"/>
        <w:gridCol w:w="1134"/>
      </w:tblGrid>
      <w:tr w:rsidR="00AB6924" w14:paraId="0356B3AA" w14:textId="77777777" w:rsidTr="00AB6924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28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372" w:type="dxa"/>
          </w:tcPr>
          <w:p w14:paraId="75384C6F" w14:textId="77777777" w:rsidR="00AB6924" w:rsidRDefault="008A090D">
            <w:r>
              <w:t>Option</w:t>
            </w:r>
          </w:p>
        </w:tc>
        <w:tc>
          <w:tcPr>
            <w:tcW w:w="1134" w:type="dxa"/>
          </w:tcPr>
          <w:p w14:paraId="0BD94559" w14:textId="77777777" w:rsidR="00AB6924" w:rsidRDefault="008A090D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>
              <w:t>Total</w:t>
            </w:r>
          </w:p>
        </w:tc>
        <w:tc>
          <w:tcPr>
            <w:tcW w:w="1134" w:type="dxa"/>
          </w:tcPr>
          <w:p w14:paraId="29462719" w14:textId="77777777" w:rsidR="00AB6924" w:rsidRDefault="008A090D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>
              <w:t>Percent</w:t>
            </w:r>
          </w:p>
        </w:tc>
      </w:tr>
      <w:tr w:rsidR="00AB6924" w14:paraId="3827A74C" w14:textId="77777777" w:rsidTr="00AB692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8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372" w:type="dxa"/>
          </w:tcPr>
          <w:p w14:paraId="30374279" w14:textId="77777777" w:rsidR="00AB6924" w:rsidRDefault="008A090D">
            <w:r>
              <w:t>Yes</w:t>
            </w:r>
          </w:p>
        </w:tc>
        <w:tc>
          <w:tcPr>
            <w:tcW w:w="1134" w:type="dxa"/>
          </w:tcPr>
          <w:p w14:paraId="52FDDAE5" w14:textId="38E1D97F" w:rsidR="00AB6924" w:rsidRDefault="008A090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19</w:t>
            </w:r>
            <w:r w:rsidR="004757CC">
              <w:t>7</w:t>
            </w:r>
          </w:p>
        </w:tc>
        <w:tc>
          <w:tcPr>
            <w:tcW w:w="1134" w:type="dxa"/>
          </w:tcPr>
          <w:p w14:paraId="6FC37335" w14:textId="77777777" w:rsidR="00AB6924" w:rsidRDefault="008A090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50.13%</w:t>
            </w:r>
          </w:p>
        </w:tc>
      </w:tr>
      <w:tr w:rsidR="00AB6924" w14:paraId="4DD0F21F" w14:textId="77777777" w:rsidTr="00AB6924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28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372" w:type="dxa"/>
          </w:tcPr>
          <w:p w14:paraId="6449EFF0" w14:textId="77777777" w:rsidR="00AB6924" w:rsidRDefault="008A090D">
            <w:r>
              <w:t>No</w:t>
            </w:r>
          </w:p>
        </w:tc>
        <w:tc>
          <w:tcPr>
            <w:tcW w:w="1134" w:type="dxa"/>
          </w:tcPr>
          <w:p w14:paraId="0386C885" w14:textId="77777777" w:rsidR="00AB6924" w:rsidRDefault="008A090D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106</w:t>
            </w:r>
          </w:p>
        </w:tc>
        <w:tc>
          <w:tcPr>
            <w:tcW w:w="1134" w:type="dxa"/>
          </w:tcPr>
          <w:p w14:paraId="64C7533B" w14:textId="626EF927" w:rsidR="00AB6924" w:rsidRDefault="008A090D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2</w:t>
            </w:r>
            <w:r w:rsidR="005740A4">
              <w:t>6.</w:t>
            </w:r>
            <w:r w:rsidR="002302D9">
              <w:t>8</w:t>
            </w:r>
            <w:r w:rsidR="005740A4">
              <w:t>7</w:t>
            </w:r>
            <w:r>
              <w:t>%</w:t>
            </w:r>
          </w:p>
        </w:tc>
      </w:tr>
      <w:tr w:rsidR="00AB6924" w14:paraId="595B4839" w14:textId="77777777" w:rsidTr="00AB692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8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372" w:type="dxa"/>
          </w:tcPr>
          <w:p w14:paraId="63E57A7B" w14:textId="77777777" w:rsidR="00AB6924" w:rsidRDefault="008A090D">
            <w:r>
              <w:t>No opinion</w:t>
            </w:r>
          </w:p>
        </w:tc>
        <w:tc>
          <w:tcPr>
            <w:tcW w:w="1134" w:type="dxa"/>
          </w:tcPr>
          <w:p w14:paraId="7598BE1C" w14:textId="77777777" w:rsidR="00AB6924" w:rsidRDefault="008A090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26</w:t>
            </w:r>
          </w:p>
        </w:tc>
        <w:tc>
          <w:tcPr>
            <w:tcW w:w="1134" w:type="dxa"/>
          </w:tcPr>
          <w:p w14:paraId="7FC23AEB" w14:textId="6AA49D0E" w:rsidR="00AB6924" w:rsidRDefault="008A090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6.6</w:t>
            </w:r>
            <w:r w:rsidR="005740A4">
              <w:t>2</w:t>
            </w:r>
            <w:r>
              <w:t>%</w:t>
            </w:r>
          </w:p>
        </w:tc>
      </w:tr>
      <w:tr w:rsidR="00AB6924" w14:paraId="1E52B046" w14:textId="77777777" w:rsidTr="00AB6924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28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372" w:type="dxa"/>
          </w:tcPr>
          <w:p w14:paraId="1DEEA07B" w14:textId="77777777" w:rsidR="00AB6924" w:rsidRDefault="008A090D">
            <w:r>
              <w:t>Not Answered</w:t>
            </w:r>
          </w:p>
        </w:tc>
        <w:tc>
          <w:tcPr>
            <w:tcW w:w="1134" w:type="dxa"/>
          </w:tcPr>
          <w:p w14:paraId="668F4621" w14:textId="671CEA85" w:rsidR="00AB6924" w:rsidRDefault="008A090D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6</w:t>
            </w:r>
            <w:r w:rsidR="00737BBB">
              <w:t>4</w:t>
            </w:r>
          </w:p>
        </w:tc>
        <w:tc>
          <w:tcPr>
            <w:tcW w:w="1134" w:type="dxa"/>
          </w:tcPr>
          <w:p w14:paraId="218249B7" w14:textId="0F32CA71" w:rsidR="00AB6924" w:rsidRDefault="008A090D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16.</w:t>
            </w:r>
            <w:r w:rsidR="005740A4">
              <w:t>38</w:t>
            </w:r>
            <w:r>
              <w:t>%</w:t>
            </w:r>
          </w:p>
        </w:tc>
      </w:tr>
    </w:tbl>
    <w:p w14:paraId="65412925" w14:textId="77777777" w:rsidR="00AB6924" w:rsidRDefault="008A090D">
      <w:r>
        <w:br/>
      </w:r>
      <w:r>
        <w:rPr>
          <w:b/>
        </w:rPr>
        <w:t>Please state your preferred times of operation</w:t>
      </w:r>
    </w:p>
    <w:p w14:paraId="67B4676D" w14:textId="08BC7201" w:rsidR="002B628F" w:rsidRDefault="002B628F">
      <w:r>
        <w:t>Please see Excel Workbook for all comments.</w:t>
      </w:r>
    </w:p>
    <w:p w14:paraId="1C2A9670" w14:textId="7E0561E8" w:rsidR="00AB6924" w:rsidRDefault="008A090D">
      <w:r>
        <w:br/>
      </w:r>
      <w:r>
        <w:rPr>
          <w:b/>
        </w:rPr>
        <w:t>Please provide any other comments, concerns or ideas you would like us to consider</w:t>
      </w:r>
    </w:p>
    <w:p w14:paraId="237DE18B" w14:textId="696B855C" w:rsidR="002B628F" w:rsidRDefault="002B628F">
      <w:r>
        <w:t>Please see Excel Workbook for all comments.</w:t>
      </w:r>
    </w:p>
    <w:p w14:paraId="5CE80126" w14:textId="4B80E9C4" w:rsidR="00686C45" w:rsidRDefault="00686C45"/>
    <w:p w14:paraId="28DA0EB2" w14:textId="77777777" w:rsidR="00AB6924" w:rsidRDefault="00AB6924"/>
    <w:p w14:paraId="50728B7E" w14:textId="77777777" w:rsidR="002B628F" w:rsidRDefault="002B628F">
      <w:pPr>
        <w:pStyle w:val="Heading2"/>
      </w:pPr>
    </w:p>
    <w:p w14:paraId="555E4FE4" w14:textId="77777777" w:rsidR="00AB6924" w:rsidRDefault="008A090D">
      <w:pPr>
        <w:pStyle w:val="Heading2"/>
      </w:pPr>
      <w:r>
        <w:t>3: What is your occupation?</w:t>
      </w:r>
    </w:p>
    <w:p w14:paraId="1E2BC5FB" w14:textId="77777777" w:rsidR="00AB6924" w:rsidRDefault="008A090D">
      <w:r>
        <w:br/>
      </w:r>
      <w:r>
        <w:rPr>
          <w:b/>
        </w:rPr>
        <w:t>Occupation</w:t>
      </w:r>
    </w:p>
    <w:p w14:paraId="1056F418" w14:textId="7534049E" w:rsidR="00AB6924" w:rsidRDefault="008A090D">
      <w:r>
        <w:t>There were 39</w:t>
      </w:r>
      <w:r w:rsidR="00737BBB">
        <w:t>3</w:t>
      </w:r>
      <w:r>
        <w:t xml:space="preserve"> responses to this part of the question.</w:t>
      </w:r>
    </w:p>
    <w:tbl>
      <w:tblPr>
        <w:tblStyle w:val="LightGrid-Accent1"/>
        <w:tblW w:w="0" w:type="auto"/>
        <w:tblLook w:val="04A0" w:firstRow="1" w:lastRow="0" w:firstColumn="1" w:lastColumn="0" w:noHBand="0" w:noVBand="1"/>
      </w:tblPr>
      <w:tblGrid>
        <w:gridCol w:w="6353"/>
        <w:gridCol w:w="1133"/>
        <w:gridCol w:w="1134"/>
      </w:tblGrid>
      <w:tr w:rsidR="00AB6924" w14:paraId="2C3F5D64" w14:textId="77777777" w:rsidTr="00AB6924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28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372" w:type="dxa"/>
          </w:tcPr>
          <w:p w14:paraId="72DF0240" w14:textId="77777777" w:rsidR="00AB6924" w:rsidRDefault="008A090D">
            <w:r>
              <w:t>Option</w:t>
            </w:r>
          </w:p>
        </w:tc>
        <w:tc>
          <w:tcPr>
            <w:tcW w:w="1134" w:type="dxa"/>
          </w:tcPr>
          <w:p w14:paraId="706640AA" w14:textId="77777777" w:rsidR="00AB6924" w:rsidRDefault="008A090D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>
              <w:t>Total</w:t>
            </w:r>
          </w:p>
        </w:tc>
        <w:tc>
          <w:tcPr>
            <w:tcW w:w="1134" w:type="dxa"/>
          </w:tcPr>
          <w:p w14:paraId="1DCBBDDC" w14:textId="77777777" w:rsidR="00AB6924" w:rsidRDefault="008A090D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>
              <w:t>Percent</w:t>
            </w:r>
          </w:p>
        </w:tc>
      </w:tr>
      <w:tr w:rsidR="00AB6924" w14:paraId="26223441" w14:textId="77777777" w:rsidTr="00AB692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8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372" w:type="dxa"/>
          </w:tcPr>
          <w:p w14:paraId="15EE8F36" w14:textId="77777777" w:rsidR="00AB6924" w:rsidRDefault="008A090D">
            <w:r>
              <w:t>Local resident</w:t>
            </w:r>
          </w:p>
        </w:tc>
        <w:tc>
          <w:tcPr>
            <w:tcW w:w="1134" w:type="dxa"/>
          </w:tcPr>
          <w:p w14:paraId="7BF8C1D6" w14:textId="5032147A" w:rsidR="00AB6924" w:rsidRDefault="008A090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35</w:t>
            </w:r>
            <w:r w:rsidR="000723BE">
              <w:t>2</w:t>
            </w:r>
          </w:p>
        </w:tc>
        <w:tc>
          <w:tcPr>
            <w:tcW w:w="1134" w:type="dxa"/>
          </w:tcPr>
          <w:p w14:paraId="113129ED" w14:textId="746DF144" w:rsidR="00AB6924" w:rsidRDefault="008A090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89</w:t>
            </w:r>
            <w:r w:rsidR="002302D9">
              <w:t>.57</w:t>
            </w:r>
            <w:r>
              <w:t>%</w:t>
            </w:r>
          </w:p>
        </w:tc>
      </w:tr>
      <w:tr w:rsidR="00AB6924" w14:paraId="4E16A050" w14:textId="77777777" w:rsidTr="00AB6924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28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372" w:type="dxa"/>
          </w:tcPr>
          <w:p w14:paraId="093B5C36" w14:textId="77777777" w:rsidR="00AB6924" w:rsidRDefault="008A090D">
            <w:r>
              <w:t>Local business owner</w:t>
            </w:r>
          </w:p>
        </w:tc>
        <w:tc>
          <w:tcPr>
            <w:tcW w:w="1134" w:type="dxa"/>
          </w:tcPr>
          <w:p w14:paraId="454D38BE" w14:textId="77777777" w:rsidR="00AB6924" w:rsidRDefault="008A090D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14</w:t>
            </w:r>
          </w:p>
        </w:tc>
        <w:tc>
          <w:tcPr>
            <w:tcW w:w="1134" w:type="dxa"/>
          </w:tcPr>
          <w:p w14:paraId="3E86A28C" w14:textId="7782968A" w:rsidR="00AB6924" w:rsidRDefault="008A090D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3.5</w:t>
            </w:r>
            <w:r w:rsidR="002302D9">
              <w:t>6</w:t>
            </w:r>
            <w:r>
              <w:t>%</w:t>
            </w:r>
          </w:p>
        </w:tc>
      </w:tr>
      <w:tr w:rsidR="00AB6924" w14:paraId="00616CFE" w14:textId="77777777" w:rsidTr="00AB692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8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372" w:type="dxa"/>
          </w:tcPr>
          <w:p w14:paraId="5510F387" w14:textId="77777777" w:rsidR="00AB6924" w:rsidRDefault="008A090D">
            <w:r>
              <w:t>Local business employee</w:t>
            </w:r>
          </w:p>
        </w:tc>
        <w:tc>
          <w:tcPr>
            <w:tcW w:w="1134" w:type="dxa"/>
          </w:tcPr>
          <w:p w14:paraId="065B736A" w14:textId="77777777" w:rsidR="00AB6924" w:rsidRDefault="008A090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9</w:t>
            </w:r>
          </w:p>
        </w:tc>
        <w:tc>
          <w:tcPr>
            <w:tcW w:w="1134" w:type="dxa"/>
          </w:tcPr>
          <w:p w14:paraId="7D675629" w14:textId="19673194" w:rsidR="00AB6924" w:rsidRDefault="008A090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2.</w:t>
            </w:r>
            <w:r w:rsidR="002302D9">
              <w:t>29</w:t>
            </w:r>
            <w:r>
              <w:t>%</w:t>
            </w:r>
          </w:p>
        </w:tc>
      </w:tr>
      <w:tr w:rsidR="00AB6924" w14:paraId="56B88930" w14:textId="77777777" w:rsidTr="00AB6924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28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372" w:type="dxa"/>
          </w:tcPr>
          <w:p w14:paraId="349EF6C2" w14:textId="77777777" w:rsidR="00AB6924" w:rsidRDefault="008A090D">
            <w:r>
              <w:t>Other (please specify)</w:t>
            </w:r>
          </w:p>
        </w:tc>
        <w:tc>
          <w:tcPr>
            <w:tcW w:w="1134" w:type="dxa"/>
          </w:tcPr>
          <w:p w14:paraId="516D49F1" w14:textId="77777777" w:rsidR="00AB6924" w:rsidRDefault="008A090D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18</w:t>
            </w:r>
          </w:p>
        </w:tc>
        <w:tc>
          <w:tcPr>
            <w:tcW w:w="1134" w:type="dxa"/>
          </w:tcPr>
          <w:p w14:paraId="68BA8621" w14:textId="728AE7F4" w:rsidR="00AB6924" w:rsidRDefault="008A090D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4.</w:t>
            </w:r>
            <w:r w:rsidR="002302D9">
              <w:t>58</w:t>
            </w:r>
            <w:r>
              <w:t>%</w:t>
            </w:r>
          </w:p>
        </w:tc>
      </w:tr>
      <w:tr w:rsidR="00AB6924" w14:paraId="79409308" w14:textId="77777777" w:rsidTr="00AB692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8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6372" w:type="dxa"/>
          </w:tcPr>
          <w:p w14:paraId="0073D12E" w14:textId="77777777" w:rsidR="00AB6924" w:rsidRDefault="008A090D">
            <w:r>
              <w:t>Not Answered</w:t>
            </w:r>
          </w:p>
        </w:tc>
        <w:tc>
          <w:tcPr>
            <w:tcW w:w="1134" w:type="dxa"/>
          </w:tcPr>
          <w:p w14:paraId="762C83E9" w14:textId="77777777" w:rsidR="00AB6924" w:rsidRDefault="008A090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0</w:t>
            </w:r>
          </w:p>
        </w:tc>
        <w:tc>
          <w:tcPr>
            <w:tcW w:w="1134" w:type="dxa"/>
          </w:tcPr>
          <w:p w14:paraId="24CD7650" w14:textId="77777777" w:rsidR="00AB6924" w:rsidRDefault="008A090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0.00%</w:t>
            </w:r>
          </w:p>
        </w:tc>
      </w:tr>
    </w:tbl>
    <w:p w14:paraId="5D726034" w14:textId="77777777" w:rsidR="00AB6924" w:rsidRDefault="00AB6924"/>
    <w:p w14:paraId="190BED15" w14:textId="77777777" w:rsidR="00192D8D" w:rsidRPr="00876581" w:rsidRDefault="00192D8D" w:rsidP="00192D8D">
      <w:pPr>
        <w:rPr>
          <w:b/>
          <w:bCs/>
          <w:sz w:val="24"/>
          <w:szCs w:val="24"/>
        </w:rPr>
      </w:pPr>
      <w:r w:rsidRPr="00876581">
        <w:rPr>
          <w:b/>
          <w:bCs/>
          <w:sz w:val="24"/>
          <w:szCs w:val="24"/>
        </w:rPr>
        <w:t>Conclusion</w:t>
      </w:r>
    </w:p>
    <w:p w14:paraId="46F5FD32" w14:textId="78DF7A9A" w:rsidR="00192D8D" w:rsidRDefault="00192D8D" w:rsidP="00192D8D">
      <w:pPr>
        <w:pStyle w:val="ListParagraph"/>
        <w:numPr>
          <w:ilvl w:val="0"/>
          <w:numId w:val="16"/>
        </w:numPr>
        <w:rPr>
          <w:b/>
          <w:bCs/>
        </w:rPr>
      </w:pPr>
      <w:r w:rsidRPr="00192D8D">
        <w:rPr>
          <w:b/>
          <w:bCs/>
        </w:rPr>
        <w:t xml:space="preserve">Of the 393 responses </w:t>
      </w:r>
      <w:r>
        <w:rPr>
          <w:b/>
          <w:bCs/>
        </w:rPr>
        <w:t>242 (</w:t>
      </w:r>
      <w:r w:rsidRPr="00192D8D">
        <w:rPr>
          <w:b/>
          <w:bCs/>
        </w:rPr>
        <w:t>61%</w:t>
      </w:r>
      <w:r w:rsidR="006E6325">
        <w:rPr>
          <w:b/>
          <w:bCs/>
        </w:rPr>
        <w:t xml:space="preserve">) </w:t>
      </w:r>
      <w:r w:rsidRPr="00192D8D">
        <w:rPr>
          <w:b/>
          <w:bCs/>
        </w:rPr>
        <w:t xml:space="preserve">are in favor of the trial on either a full time or part time basis. </w:t>
      </w:r>
    </w:p>
    <w:p w14:paraId="3C5B14EC" w14:textId="48C197E4" w:rsidR="006E6325" w:rsidRDefault="006E6325" w:rsidP="006E6325">
      <w:pPr>
        <w:pStyle w:val="ListParagraph"/>
        <w:numPr>
          <w:ilvl w:val="0"/>
          <w:numId w:val="16"/>
        </w:numPr>
        <w:rPr>
          <w:b/>
          <w:bCs/>
        </w:rPr>
      </w:pPr>
      <w:r>
        <w:rPr>
          <w:b/>
          <w:bCs/>
        </w:rPr>
        <w:t>Of the 393 responses 148 (38%) are no</w:t>
      </w:r>
      <w:r w:rsidR="009D7253">
        <w:rPr>
          <w:b/>
          <w:bCs/>
        </w:rPr>
        <w:t>t</w:t>
      </w:r>
      <w:r>
        <w:rPr>
          <w:b/>
          <w:bCs/>
        </w:rPr>
        <w:t xml:space="preserve"> in favor of the trial </w:t>
      </w:r>
    </w:p>
    <w:p w14:paraId="45ECDCBF" w14:textId="3A643CA7" w:rsidR="0068588B" w:rsidRDefault="0068588B" w:rsidP="006E6325">
      <w:pPr>
        <w:pStyle w:val="ListParagraph"/>
        <w:numPr>
          <w:ilvl w:val="0"/>
          <w:numId w:val="16"/>
        </w:numPr>
        <w:rPr>
          <w:b/>
          <w:bCs/>
        </w:rPr>
      </w:pPr>
      <w:r>
        <w:rPr>
          <w:b/>
          <w:bCs/>
        </w:rPr>
        <w:t>Of the 242 responses in favor of the trial, 161 (66%)</w:t>
      </w:r>
      <w:r w:rsidR="007A3D0A">
        <w:rPr>
          <w:b/>
          <w:bCs/>
        </w:rPr>
        <w:t xml:space="preserve"> included comments</w:t>
      </w:r>
    </w:p>
    <w:p w14:paraId="327799ED" w14:textId="79D1464C" w:rsidR="007A3D0A" w:rsidRDefault="007A3D0A" w:rsidP="006E6325">
      <w:pPr>
        <w:pStyle w:val="ListParagraph"/>
        <w:numPr>
          <w:ilvl w:val="0"/>
          <w:numId w:val="16"/>
        </w:numPr>
        <w:rPr>
          <w:b/>
          <w:bCs/>
        </w:rPr>
      </w:pPr>
      <w:r>
        <w:rPr>
          <w:b/>
          <w:bCs/>
        </w:rPr>
        <w:t xml:space="preserve">Of the 161 comments, 139 (86%) were in favor of a trial IF adaptions </w:t>
      </w:r>
      <w:r w:rsidR="006E3E78">
        <w:rPr>
          <w:b/>
          <w:bCs/>
        </w:rPr>
        <w:t xml:space="preserve">or other considerations </w:t>
      </w:r>
      <w:r>
        <w:rPr>
          <w:b/>
          <w:bCs/>
        </w:rPr>
        <w:t xml:space="preserve">were made to the design of the trial. </w:t>
      </w:r>
      <w:bookmarkStart w:id="0" w:name="_GoBack"/>
      <w:bookmarkEnd w:id="0"/>
    </w:p>
    <w:p w14:paraId="76541A32" w14:textId="5056726A" w:rsidR="007A3D0A" w:rsidRDefault="007A3D0A" w:rsidP="007A3D0A">
      <w:pPr>
        <w:rPr>
          <w:b/>
          <w:bCs/>
        </w:rPr>
      </w:pPr>
    </w:p>
    <w:p w14:paraId="1F703329" w14:textId="160884A2" w:rsidR="007A3D0A" w:rsidRDefault="007A3D0A" w:rsidP="007A3D0A">
      <w:pPr>
        <w:rPr>
          <w:b/>
          <w:bCs/>
        </w:rPr>
      </w:pPr>
      <w:r>
        <w:rPr>
          <w:b/>
          <w:bCs/>
        </w:rPr>
        <w:t>These included;</w:t>
      </w:r>
    </w:p>
    <w:p w14:paraId="5FD509F9" w14:textId="26D5B42E" w:rsidR="007A3D0A" w:rsidRDefault="007A3D0A" w:rsidP="007A3D0A">
      <w:pPr>
        <w:pStyle w:val="ListParagraph"/>
        <w:numPr>
          <w:ilvl w:val="0"/>
          <w:numId w:val="17"/>
        </w:numPr>
        <w:rPr>
          <w:b/>
          <w:bCs/>
        </w:rPr>
      </w:pPr>
      <w:r>
        <w:rPr>
          <w:b/>
          <w:bCs/>
        </w:rPr>
        <w:t>Make the Ashley Road Car Park free for residents or free for 30-60 mins for visitors/shoppers</w:t>
      </w:r>
    </w:p>
    <w:p w14:paraId="60DA03EE" w14:textId="18B7672C" w:rsidR="00C31E24" w:rsidRDefault="00C31E24" w:rsidP="007A3D0A">
      <w:pPr>
        <w:pStyle w:val="ListParagraph"/>
        <w:numPr>
          <w:ilvl w:val="0"/>
          <w:numId w:val="17"/>
        </w:numPr>
        <w:rPr>
          <w:b/>
          <w:bCs/>
        </w:rPr>
      </w:pPr>
      <w:r>
        <w:rPr>
          <w:b/>
          <w:bCs/>
        </w:rPr>
        <w:t>Provisions are made for the Disabled Bays</w:t>
      </w:r>
    </w:p>
    <w:p w14:paraId="4EFDD3C2" w14:textId="61F471BD" w:rsidR="00C31E24" w:rsidRDefault="00C31E24" w:rsidP="007A3D0A">
      <w:pPr>
        <w:pStyle w:val="ListParagraph"/>
        <w:numPr>
          <w:ilvl w:val="0"/>
          <w:numId w:val="17"/>
        </w:numPr>
        <w:rPr>
          <w:b/>
          <w:bCs/>
        </w:rPr>
      </w:pPr>
      <w:r>
        <w:rPr>
          <w:b/>
          <w:bCs/>
        </w:rPr>
        <w:t xml:space="preserve">Make the whole of the High Street </w:t>
      </w:r>
      <w:proofErr w:type="spellStart"/>
      <w:r>
        <w:rPr>
          <w:b/>
          <w:bCs/>
        </w:rPr>
        <w:t>Pedestrianised</w:t>
      </w:r>
      <w:proofErr w:type="spellEnd"/>
      <w:r>
        <w:rPr>
          <w:b/>
          <w:bCs/>
        </w:rPr>
        <w:t xml:space="preserve"> </w:t>
      </w:r>
    </w:p>
    <w:p w14:paraId="79BC3F27" w14:textId="7CE9EDCC" w:rsidR="00C31E24" w:rsidRDefault="00C31E24" w:rsidP="007A3D0A">
      <w:pPr>
        <w:pStyle w:val="ListParagraph"/>
        <w:numPr>
          <w:ilvl w:val="0"/>
          <w:numId w:val="17"/>
        </w:numPr>
        <w:rPr>
          <w:b/>
          <w:bCs/>
        </w:rPr>
      </w:pPr>
      <w:r>
        <w:rPr>
          <w:b/>
          <w:bCs/>
        </w:rPr>
        <w:t>Make the High Street One Way</w:t>
      </w:r>
    </w:p>
    <w:p w14:paraId="3554A1A6" w14:textId="5F9010E9" w:rsidR="00C31E24" w:rsidRDefault="00C31E24" w:rsidP="007A3D0A">
      <w:pPr>
        <w:pStyle w:val="ListParagraph"/>
        <w:numPr>
          <w:ilvl w:val="0"/>
          <w:numId w:val="17"/>
        </w:numPr>
        <w:rPr>
          <w:b/>
          <w:bCs/>
        </w:rPr>
      </w:pPr>
      <w:r>
        <w:rPr>
          <w:b/>
          <w:bCs/>
        </w:rPr>
        <w:t>Ban HGVs from the High Street</w:t>
      </w:r>
    </w:p>
    <w:p w14:paraId="34E5A771" w14:textId="51128461" w:rsidR="00C31E24" w:rsidRDefault="00C31E24" w:rsidP="007A3D0A">
      <w:pPr>
        <w:pStyle w:val="ListParagraph"/>
        <w:numPr>
          <w:ilvl w:val="0"/>
          <w:numId w:val="17"/>
        </w:numPr>
        <w:rPr>
          <w:b/>
          <w:bCs/>
        </w:rPr>
      </w:pPr>
      <w:r>
        <w:rPr>
          <w:b/>
          <w:bCs/>
        </w:rPr>
        <w:t xml:space="preserve">The area chosen for the </w:t>
      </w:r>
      <w:proofErr w:type="spellStart"/>
      <w:r>
        <w:rPr>
          <w:b/>
          <w:bCs/>
        </w:rPr>
        <w:t>pedestrianisation</w:t>
      </w:r>
      <w:proofErr w:type="spellEnd"/>
      <w:r>
        <w:rPr>
          <w:b/>
          <w:bCs/>
        </w:rPr>
        <w:t xml:space="preserve"> is the wrong location in the High Street.  </w:t>
      </w:r>
      <w:r w:rsidR="006303EF">
        <w:rPr>
          <w:b/>
          <w:bCs/>
        </w:rPr>
        <w:t xml:space="preserve">The footway is narrower from </w:t>
      </w:r>
      <w:proofErr w:type="spellStart"/>
      <w:r w:rsidR="006303EF">
        <w:rPr>
          <w:b/>
          <w:bCs/>
        </w:rPr>
        <w:t>Costo</w:t>
      </w:r>
      <w:proofErr w:type="spellEnd"/>
      <w:r w:rsidR="006303EF">
        <w:rPr>
          <w:b/>
          <w:bCs/>
        </w:rPr>
        <w:t xml:space="preserve"> – Boots.  People are often queueing on the footway for the bakers, and pedestrians </w:t>
      </w:r>
      <w:proofErr w:type="gramStart"/>
      <w:r w:rsidR="006303EF">
        <w:rPr>
          <w:b/>
          <w:bCs/>
        </w:rPr>
        <w:t>have to</w:t>
      </w:r>
      <w:proofErr w:type="gramEnd"/>
      <w:r w:rsidR="006303EF">
        <w:rPr>
          <w:b/>
          <w:bCs/>
        </w:rPr>
        <w:t xml:space="preserve"> walk in the road to get pass</w:t>
      </w:r>
    </w:p>
    <w:p w14:paraId="4E6D6CA8" w14:textId="135ADD24" w:rsidR="006303EF" w:rsidRDefault="006303EF" w:rsidP="007A3D0A">
      <w:pPr>
        <w:pStyle w:val="ListParagraph"/>
        <w:numPr>
          <w:ilvl w:val="0"/>
          <w:numId w:val="17"/>
        </w:numPr>
        <w:rPr>
          <w:b/>
          <w:bCs/>
        </w:rPr>
      </w:pPr>
      <w:r>
        <w:rPr>
          <w:b/>
          <w:bCs/>
        </w:rPr>
        <w:t>Provisions should be made for the Fish Monger every Tuesday</w:t>
      </w:r>
    </w:p>
    <w:p w14:paraId="1FE27051" w14:textId="169157CB" w:rsidR="006303EF" w:rsidRDefault="006303EF" w:rsidP="007A3D0A">
      <w:pPr>
        <w:pStyle w:val="ListParagraph"/>
        <w:numPr>
          <w:ilvl w:val="0"/>
          <w:numId w:val="17"/>
        </w:numPr>
        <w:rPr>
          <w:b/>
          <w:bCs/>
        </w:rPr>
      </w:pPr>
      <w:r>
        <w:rPr>
          <w:b/>
          <w:bCs/>
        </w:rPr>
        <w:t>Provisions should be made for delivery vehicles supplying shops in the vicinity</w:t>
      </w:r>
    </w:p>
    <w:p w14:paraId="60E1B4E6" w14:textId="478810A4" w:rsidR="006303EF" w:rsidRDefault="006303EF" w:rsidP="007A3D0A">
      <w:pPr>
        <w:pStyle w:val="ListParagraph"/>
        <w:numPr>
          <w:ilvl w:val="0"/>
          <w:numId w:val="17"/>
        </w:numPr>
        <w:rPr>
          <w:b/>
          <w:bCs/>
        </w:rPr>
      </w:pPr>
      <w:r>
        <w:rPr>
          <w:b/>
          <w:bCs/>
        </w:rPr>
        <w:t xml:space="preserve">Provide </w:t>
      </w:r>
      <w:r w:rsidR="00876581">
        <w:rPr>
          <w:b/>
          <w:bCs/>
        </w:rPr>
        <w:t>additional cycle storage within the village</w:t>
      </w:r>
    </w:p>
    <w:p w14:paraId="49F33194" w14:textId="5339E898" w:rsidR="00876581" w:rsidRDefault="00876581" w:rsidP="007A3D0A">
      <w:pPr>
        <w:pStyle w:val="ListParagraph"/>
        <w:numPr>
          <w:ilvl w:val="0"/>
          <w:numId w:val="17"/>
        </w:numPr>
        <w:rPr>
          <w:b/>
          <w:bCs/>
        </w:rPr>
      </w:pPr>
      <w:r>
        <w:rPr>
          <w:b/>
          <w:bCs/>
        </w:rPr>
        <w:t xml:space="preserve">Additional signage for the Ashley Road Car Park </w:t>
      </w:r>
    </w:p>
    <w:p w14:paraId="17D51544" w14:textId="23EFFCCA" w:rsidR="00AB6924" w:rsidRPr="006327A0" w:rsidRDefault="006327A0" w:rsidP="006327A0">
      <w:pPr>
        <w:rPr>
          <w:b/>
          <w:bCs/>
        </w:rPr>
      </w:pPr>
      <w:r>
        <w:rPr>
          <w:b/>
          <w:bCs/>
        </w:rPr>
        <w:lastRenderedPageBreak/>
        <w:t xml:space="preserve">I have attached an Excel workbook, </w:t>
      </w:r>
      <w:r w:rsidR="0068588B">
        <w:rPr>
          <w:b/>
          <w:bCs/>
        </w:rPr>
        <w:t xml:space="preserve">which contains all additional comments made within the survey.  </w:t>
      </w:r>
      <w:r w:rsidR="008A090D" w:rsidRPr="006327A0">
        <w:rPr>
          <w:b/>
          <w:bCs/>
        </w:rPr>
        <w:br/>
      </w:r>
    </w:p>
    <w:p w14:paraId="649D8E51" w14:textId="77777777" w:rsidR="00AB6924" w:rsidRDefault="00AB6924"/>
    <w:p w14:paraId="0B69B79C" w14:textId="77777777" w:rsidR="00BF0FA3" w:rsidRDefault="00BF0FA3"/>
    <w:p w14:paraId="71B58AA6" w14:textId="77777777" w:rsidR="00BF0FA3" w:rsidRDefault="00BF0FA3"/>
    <w:sectPr w:rsidR="00BF0FA3" w:rsidSect="00034616">
      <w:headerReference w:type="default" r:id="rId8"/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07D6E7C4" w14:textId="77777777" w:rsidR="00E02684" w:rsidRDefault="00E02684">
      <w:pPr>
        <w:spacing w:after="0" w:line="240" w:lineRule="auto"/>
      </w:pPr>
      <w:r>
        <w:separator/>
      </w:r>
    </w:p>
  </w:endnote>
  <w:endnote w:type="continuationSeparator" w:id="0">
    <w:p w14:paraId="605F1985" w14:textId="77777777" w:rsidR="00E02684" w:rsidRDefault="00E0268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ourier">
    <w:panose1 w:val="02070409020205020404"/>
    <w:charset w:val="00"/>
    <w:family w:val="auto"/>
    <w:pitch w:val="variable"/>
    <w:sig w:usb0="00000003" w:usb1="00000000" w:usb2="00000000" w:usb3="00000000" w:csb0="0000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1EAD4D7" w14:textId="77777777" w:rsidR="00E02684" w:rsidRDefault="00E02684">
      <w:pPr>
        <w:spacing w:after="0" w:line="240" w:lineRule="auto"/>
      </w:pPr>
      <w:r>
        <w:separator/>
      </w:r>
    </w:p>
  </w:footnote>
  <w:footnote w:type="continuationSeparator" w:id="0">
    <w:p w14:paraId="303B2450" w14:textId="77777777" w:rsidR="00E02684" w:rsidRDefault="00E0268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E90EDC0" w14:textId="77777777" w:rsidR="00E02684" w:rsidRDefault="00E02684">
    <w:pPr>
      <w:pStyle w:val="Header"/>
    </w:pPr>
    <w:r>
      <w:t>Surrey County Council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7C"/>
    <w:multiLevelType w:val="singleLevel"/>
    <w:tmpl w:val="C310EC42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 w15:restartNumberingAfterBreak="0">
    <w:nsid w:val="FFFFFF7D"/>
    <w:multiLevelType w:val="singleLevel"/>
    <w:tmpl w:val="E4089024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 w15:restartNumberingAfterBreak="0">
    <w:nsid w:val="FFFFFF7E"/>
    <w:multiLevelType w:val="singleLevel"/>
    <w:tmpl w:val="FB12693A"/>
    <w:lvl w:ilvl="0">
      <w:start w:val="1"/>
      <w:numFmt w:val="decimal"/>
      <w:pStyle w:val="ListNumber3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 w15:restartNumberingAfterBreak="0">
    <w:nsid w:val="FFFFFF7F"/>
    <w:multiLevelType w:val="singleLevel"/>
    <w:tmpl w:val="38441652"/>
    <w:lvl w:ilvl="0">
      <w:start w:val="1"/>
      <w:numFmt w:val="decimal"/>
      <w:pStyle w:val="ListNumber2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 w15:restartNumberingAfterBreak="0">
    <w:nsid w:val="FFFFFF81"/>
    <w:multiLevelType w:val="singleLevel"/>
    <w:tmpl w:val="171AC3A4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5" w15:restartNumberingAfterBreak="0">
    <w:nsid w:val="FFFFFF82"/>
    <w:multiLevelType w:val="singleLevel"/>
    <w:tmpl w:val="F3EAFDEC"/>
    <w:lvl w:ilvl="0">
      <w:start w:val="1"/>
      <w:numFmt w:val="bullet"/>
      <w:pStyle w:val="ListBullet3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6" w15:restartNumberingAfterBreak="0">
    <w:nsid w:val="FFFFFF83"/>
    <w:multiLevelType w:val="singleLevel"/>
    <w:tmpl w:val="3D1EFFD4"/>
    <w:lvl w:ilvl="0">
      <w:start w:val="1"/>
      <w:numFmt w:val="bullet"/>
      <w:pStyle w:val="ListBullet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7" w15:restartNumberingAfterBreak="0">
    <w:nsid w:val="FFFFFF88"/>
    <w:multiLevelType w:val="singleLevel"/>
    <w:tmpl w:val="D0A62B40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8" w15:restartNumberingAfterBreak="0">
    <w:nsid w:val="FFFFFF89"/>
    <w:multiLevelType w:val="singleLevel"/>
    <w:tmpl w:val="29761A62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9" w15:restartNumberingAfterBreak="0">
    <w:nsid w:val="01B63F34"/>
    <w:multiLevelType w:val="hybridMultilevel"/>
    <w:tmpl w:val="EC68095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0AEC3021"/>
    <w:multiLevelType w:val="hybridMultilevel"/>
    <w:tmpl w:val="5F84D6C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40B2361A"/>
    <w:multiLevelType w:val="hybridMultilevel"/>
    <w:tmpl w:val="8238182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4437B7A"/>
    <w:multiLevelType w:val="hybridMultilevel"/>
    <w:tmpl w:val="9D3EB8F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DBF5BFA"/>
    <w:multiLevelType w:val="hybridMultilevel"/>
    <w:tmpl w:val="10B66FC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62941334"/>
    <w:multiLevelType w:val="hybridMultilevel"/>
    <w:tmpl w:val="C812F3F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7016547E"/>
    <w:multiLevelType w:val="hybridMultilevel"/>
    <w:tmpl w:val="AEEE911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7497247F"/>
    <w:multiLevelType w:val="hybridMultilevel"/>
    <w:tmpl w:val="5808AF9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8"/>
  </w:num>
  <w:num w:numId="2">
    <w:abstractNumId w:val="6"/>
  </w:num>
  <w:num w:numId="3">
    <w:abstractNumId w:val="5"/>
  </w:num>
  <w:num w:numId="4">
    <w:abstractNumId w:val="4"/>
  </w:num>
  <w:num w:numId="5">
    <w:abstractNumId w:val="7"/>
  </w:num>
  <w:num w:numId="6">
    <w:abstractNumId w:val="3"/>
  </w:num>
  <w:num w:numId="7">
    <w:abstractNumId w:val="2"/>
  </w:num>
  <w:num w:numId="8">
    <w:abstractNumId w:val="1"/>
  </w:num>
  <w:num w:numId="9">
    <w:abstractNumId w:val="0"/>
  </w:num>
  <w:num w:numId="10">
    <w:abstractNumId w:val="11"/>
  </w:num>
  <w:num w:numId="11">
    <w:abstractNumId w:val="13"/>
  </w:num>
  <w:num w:numId="12">
    <w:abstractNumId w:val="15"/>
  </w:num>
  <w:num w:numId="13">
    <w:abstractNumId w:val="16"/>
  </w:num>
  <w:num w:numId="14">
    <w:abstractNumId w:val="14"/>
  </w:num>
  <w:num w:numId="15">
    <w:abstractNumId w:val="12"/>
  </w:num>
  <w:num w:numId="16">
    <w:abstractNumId w:val="9"/>
  </w:num>
  <w:num w:numId="17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47730"/>
    <w:rsid w:val="00034616"/>
    <w:rsid w:val="0006063C"/>
    <w:rsid w:val="000723BE"/>
    <w:rsid w:val="000E4C9E"/>
    <w:rsid w:val="00101B67"/>
    <w:rsid w:val="0015074B"/>
    <w:rsid w:val="00192D8D"/>
    <w:rsid w:val="001A48DE"/>
    <w:rsid w:val="002302D9"/>
    <w:rsid w:val="0029639D"/>
    <w:rsid w:val="002B628F"/>
    <w:rsid w:val="00326F90"/>
    <w:rsid w:val="00382A38"/>
    <w:rsid w:val="00385C05"/>
    <w:rsid w:val="003C0D4F"/>
    <w:rsid w:val="004757CC"/>
    <w:rsid w:val="00483A91"/>
    <w:rsid w:val="004D208D"/>
    <w:rsid w:val="004E2765"/>
    <w:rsid w:val="004E3AC3"/>
    <w:rsid w:val="00566BC0"/>
    <w:rsid w:val="005740A4"/>
    <w:rsid w:val="005812B8"/>
    <w:rsid w:val="006303EF"/>
    <w:rsid w:val="006327A0"/>
    <w:rsid w:val="0068588B"/>
    <w:rsid w:val="00686C45"/>
    <w:rsid w:val="006E3E78"/>
    <w:rsid w:val="006E6325"/>
    <w:rsid w:val="006F5C03"/>
    <w:rsid w:val="0073650D"/>
    <w:rsid w:val="00737BBB"/>
    <w:rsid w:val="00753F9C"/>
    <w:rsid w:val="007A3D0A"/>
    <w:rsid w:val="007A63BC"/>
    <w:rsid w:val="008162C1"/>
    <w:rsid w:val="00876581"/>
    <w:rsid w:val="00881A41"/>
    <w:rsid w:val="008A090D"/>
    <w:rsid w:val="00900693"/>
    <w:rsid w:val="009A252F"/>
    <w:rsid w:val="009D7253"/>
    <w:rsid w:val="00AA1D8D"/>
    <w:rsid w:val="00AB6924"/>
    <w:rsid w:val="00B47730"/>
    <w:rsid w:val="00BE23BD"/>
    <w:rsid w:val="00BF0FA3"/>
    <w:rsid w:val="00C31E24"/>
    <w:rsid w:val="00C379BB"/>
    <w:rsid w:val="00C61C60"/>
    <w:rsid w:val="00CB0664"/>
    <w:rsid w:val="00CE03D2"/>
    <w:rsid w:val="00D55394"/>
    <w:rsid w:val="00DA0001"/>
    <w:rsid w:val="00DA2474"/>
    <w:rsid w:val="00E02684"/>
    <w:rsid w:val="00FB213F"/>
    <w:rsid w:val="00FC693F"/>
    <w:rsid w:val="00FF7E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71B3E399"/>
  <w14:defaultImageDpi w14:val="300"/>
  <w15:docId w15:val="{349DE514-FA53-461B-BF98-93C22AA0B16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C693F"/>
    <w:rPr>
      <w:rFonts w:ascii="Arial" w:hAnsi="Arial"/>
    </w:rPr>
  </w:style>
  <w:style w:type="paragraph" w:styleId="Heading1">
    <w:name w:val="heading 1"/>
    <w:basedOn w:val="Normal"/>
    <w:next w:val="Normal"/>
    <w:link w:val="Heading1Char"/>
    <w:uiPriority w:val="9"/>
    <w:qFormat/>
    <w:rsid w:val="00FC693F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C693F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C693F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C693F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C693F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C693F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C693F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C693F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C693F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618BF"/>
  </w:style>
  <w:style w:type="paragraph" w:styleId="Footer">
    <w:name w:val="footer"/>
    <w:basedOn w:val="Normal"/>
    <w:link w:val="Foot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618BF"/>
  </w:style>
  <w:style w:type="paragraph" w:styleId="NoSpacing">
    <w:name w:val="No Spacing"/>
    <w:uiPriority w:val="1"/>
    <w:qFormat/>
    <w:rsid w:val="00FC693F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FC69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le">
    <w:name w:val="Title"/>
    <w:basedOn w:val="Normal"/>
    <w:next w:val="Normal"/>
    <w:link w:val="TitleChar"/>
    <w:uiPriority w:val="10"/>
    <w:qFormat/>
    <w:rsid w:val="00FC693F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FC693F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Subtitle">
    <w:name w:val="Subtitle"/>
    <w:basedOn w:val="Normal"/>
    <w:next w:val="Normal"/>
    <w:link w:val="SubtitleChar"/>
    <w:uiPriority w:val="11"/>
    <w:qFormat/>
    <w:rsid w:val="00FC693F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FC69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ListParagraph">
    <w:name w:val="List Paragraph"/>
    <w:basedOn w:val="Normal"/>
    <w:uiPriority w:val="34"/>
    <w:qFormat/>
    <w:rsid w:val="00FC693F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AA1D8D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AA1D8D"/>
  </w:style>
  <w:style w:type="paragraph" w:styleId="BodyText2">
    <w:name w:val="Body Text 2"/>
    <w:basedOn w:val="Normal"/>
    <w:link w:val="BodyText2Char"/>
    <w:uiPriority w:val="99"/>
    <w:unhideWhenUsed/>
    <w:rsid w:val="00AA1D8D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rsid w:val="00AA1D8D"/>
  </w:style>
  <w:style w:type="paragraph" w:styleId="BodyText3">
    <w:name w:val="Body Text 3"/>
    <w:basedOn w:val="Normal"/>
    <w:link w:val="BodyText3Char"/>
    <w:uiPriority w:val="99"/>
    <w:unhideWhenUsed/>
    <w:rsid w:val="00AA1D8D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AA1D8D"/>
    <w:rPr>
      <w:sz w:val="16"/>
      <w:szCs w:val="16"/>
    </w:rPr>
  </w:style>
  <w:style w:type="paragraph" w:styleId="List">
    <w:name w:val="List"/>
    <w:basedOn w:val="Normal"/>
    <w:uiPriority w:val="99"/>
    <w:unhideWhenUsed/>
    <w:rsid w:val="00AA1D8D"/>
    <w:pPr>
      <w:ind w:left="360" w:hanging="360"/>
      <w:contextualSpacing/>
    </w:pPr>
  </w:style>
  <w:style w:type="paragraph" w:styleId="List2">
    <w:name w:val="List 2"/>
    <w:basedOn w:val="Normal"/>
    <w:uiPriority w:val="99"/>
    <w:unhideWhenUsed/>
    <w:rsid w:val="00326F90"/>
    <w:pPr>
      <w:ind w:left="720" w:hanging="360"/>
      <w:contextualSpacing/>
    </w:pPr>
  </w:style>
  <w:style w:type="paragraph" w:styleId="List3">
    <w:name w:val="List 3"/>
    <w:basedOn w:val="Normal"/>
    <w:uiPriority w:val="99"/>
    <w:unhideWhenUsed/>
    <w:rsid w:val="00326F90"/>
    <w:pPr>
      <w:ind w:left="1080" w:hanging="360"/>
      <w:contextualSpacing/>
    </w:pPr>
  </w:style>
  <w:style w:type="paragraph" w:styleId="ListBullet">
    <w:name w:val="List Bullet"/>
    <w:basedOn w:val="Normal"/>
    <w:uiPriority w:val="99"/>
    <w:unhideWhenUsed/>
    <w:rsid w:val="00326F90"/>
    <w:pPr>
      <w:numPr>
        <w:numId w:val="1"/>
      </w:numPr>
      <w:contextualSpacing/>
    </w:pPr>
  </w:style>
  <w:style w:type="paragraph" w:styleId="ListBullet2">
    <w:name w:val="List Bullet 2"/>
    <w:basedOn w:val="Normal"/>
    <w:uiPriority w:val="99"/>
    <w:unhideWhenUsed/>
    <w:rsid w:val="00326F90"/>
    <w:pPr>
      <w:numPr>
        <w:numId w:val="2"/>
      </w:numPr>
      <w:contextualSpacing/>
    </w:pPr>
  </w:style>
  <w:style w:type="paragraph" w:styleId="ListBullet3">
    <w:name w:val="List Bullet 3"/>
    <w:basedOn w:val="Normal"/>
    <w:uiPriority w:val="99"/>
    <w:unhideWhenUsed/>
    <w:rsid w:val="00326F90"/>
    <w:pPr>
      <w:numPr>
        <w:numId w:val="3"/>
      </w:numPr>
      <w:contextualSpacing/>
    </w:pPr>
  </w:style>
  <w:style w:type="paragraph" w:styleId="ListNumber">
    <w:name w:val="List Number"/>
    <w:basedOn w:val="Normal"/>
    <w:uiPriority w:val="99"/>
    <w:unhideWhenUsed/>
    <w:rsid w:val="00326F90"/>
    <w:pPr>
      <w:numPr>
        <w:numId w:val="5"/>
      </w:numPr>
      <w:contextualSpacing/>
    </w:pPr>
  </w:style>
  <w:style w:type="paragraph" w:styleId="ListNumber2">
    <w:name w:val="List Number 2"/>
    <w:basedOn w:val="Normal"/>
    <w:uiPriority w:val="99"/>
    <w:unhideWhenUsed/>
    <w:rsid w:val="0029639D"/>
    <w:pPr>
      <w:numPr>
        <w:numId w:val="6"/>
      </w:numPr>
      <w:contextualSpacing/>
    </w:pPr>
  </w:style>
  <w:style w:type="paragraph" w:styleId="ListNumber3">
    <w:name w:val="List Number 3"/>
    <w:basedOn w:val="Normal"/>
    <w:uiPriority w:val="99"/>
    <w:unhideWhenUsed/>
    <w:rsid w:val="0029639D"/>
    <w:pPr>
      <w:numPr>
        <w:numId w:val="7"/>
      </w:numPr>
      <w:contextualSpacing/>
    </w:pPr>
  </w:style>
  <w:style w:type="paragraph" w:styleId="ListContinue">
    <w:name w:val="List Continue"/>
    <w:basedOn w:val="Normal"/>
    <w:uiPriority w:val="99"/>
    <w:unhideWhenUsed/>
    <w:rsid w:val="0029639D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unhideWhenUsed/>
    <w:rsid w:val="0029639D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unhideWhenUsed/>
    <w:rsid w:val="0029639D"/>
    <w:pPr>
      <w:spacing w:after="120"/>
      <w:ind w:left="1080"/>
      <w:contextualSpacing/>
    </w:pPr>
  </w:style>
  <w:style w:type="paragraph" w:styleId="MacroText">
    <w:name w:val="macro"/>
    <w:link w:val="MacroTextChar"/>
    <w:uiPriority w:val="99"/>
    <w:unhideWhenUsed/>
    <w:rsid w:val="0029639D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hAnsi="Courier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rsid w:val="0029639D"/>
    <w:rPr>
      <w:rFonts w:ascii="Courier" w:hAnsi="Courier"/>
      <w:sz w:val="20"/>
      <w:szCs w:val="20"/>
    </w:rPr>
  </w:style>
  <w:style w:type="paragraph" w:styleId="Quote">
    <w:name w:val="Quote"/>
    <w:basedOn w:val="Normal"/>
    <w:next w:val="Normal"/>
    <w:link w:val="QuoteChar"/>
    <w:uiPriority w:val="29"/>
    <w:qFormat/>
    <w:rsid w:val="00FC693F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FC693F"/>
    <w:rPr>
      <w:i/>
      <w:iCs/>
      <w:color w:val="000000" w:themeColor="text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C693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C693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C693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C693F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FC693F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Strong">
    <w:name w:val="Strong"/>
    <w:basedOn w:val="DefaultParagraphFont"/>
    <w:uiPriority w:val="22"/>
    <w:qFormat/>
    <w:rsid w:val="00FC693F"/>
    <w:rPr>
      <w:b/>
      <w:bCs/>
    </w:rPr>
  </w:style>
  <w:style w:type="character" w:styleId="Emphasis">
    <w:name w:val="Emphasis"/>
    <w:basedOn w:val="DefaultParagraphFont"/>
    <w:uiPriority w:val="20"/>
    <w:qFormat/>
    <w:rsid w:val="00FC693F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C693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C693F"/>
    <w:rPr>
      <w:b/>
      <w:bCs/>
      <w:i/>
      <w:iCs/>
      <w:color w:val="4F81BD" w:themeColor="accent1"/>
    </w:rPr>
  </w:style>
  <w:style w:type="character" w:styleId="SubtleEmphasis">
    <w:name w:val="Subtle Emphasis"/>
    <w:basedOn w:val="DefaultParagraphFont"/>
    <w:uiPriority w:val="19"/>
    <w:qFormat/>
    <w:rsid w:val="00FC693F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qFormat/>
    <w:rsid w:val="00FC693F"/>
    <w:rPr>
      <w:b/>
      <w:bCs/>
      <w:i/>
      <w:iCs/>
      <w:color w:val="4F81BD" w:themeColor="accent1"/>
    </w:rPr>
  </w:style>
  <w:style w:type="character" w:styleId="SubtleReference">
    <w:name w:val="Subtle Reference"/>
    <w:basedOn w:val="DefaultParagraphFont"/>
    <w:uiPriority w:val="31"/>
    <w:qFormat/>
    <w:rsid w:val="00FC693F"/>
    <w:rPr>
      <w:smallCaps/>
      <w:color w:val="C0504D" w:themeColor="accent2"/>
      <w:u w:val="single"/>
    </w:rPr>
  </w:style>
  <w:style w:type="character" w:styleId="IntenseReference">
    <w:name w:val="Intense Reference"/>
    <w:basedOn w:val="DefaultParagraphFont"/>
    <w:uiPriority w:val="32"/>
    <w:qFormat/>
    <w:rsid w:val="00FC693F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FC693F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FC693F"/>
    <w:pPr>
      <w:outlineLvl w:val="9"/>
    </w:pPr>
  </w:style>
  <w:style w:type="table" w:styleId="TableGrid">
    <w:name w:val="Table Grid"/>
    <w:basedOn w:val="TableNormal"/>
    <w:uiPriority w:val="59"/>
    <w:rsid w:val="00FC693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LightShading">
    <w:name w:val="Light Shading"/>
    <w:basedOn w:val="TableNormal"/>
    <w:uiPriority w:val="60"/>
    <w:rsid w:val="00FC693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rsid w:val="00FC693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-Accent2">
    <w:name w:val="Light Shading Accent 2"/>
    <w:basedOn w:val="TableNormal"/>
    <w:uiPriority w:val="60"/>
    <w:rsid w:val="00FC693F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Borders>
        <w:top w:val="single" w:sz="8" w:space="0" w:color="C0504D" w:themeColor="accent2"/>
        <w:bottom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-Accent3">
    <w:name w:val="Light Shading Accent 3"/>
    <w:basedOn w:val="TableNormal"/>
    <w:uiPriority w:val="60"/>
    <w:rsid w:val="00FC693F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Borders>
        <w:top w:val="single" w:sz="8" w:space="0" w:color="9BBB59" w:themeColor="accent3"/>
        <w:bottom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-Accent4">
    <w:name w:val="Light Shading Accent 4"/>
    <w:basedOn w:val="TableNormal"/>
    <w:uiPriority w:val="60"/>
    <w:rsid w:val="00FC693F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Borders>
        <w:top w:val="single" w:sz="8" w:space="0" w:color="8064A2" w:themeColor="accent4"/>
        <w:bottom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-Accent5">
    <w:name w:val="Light Shading Accent 5"/>
    <w:basedOn w:val="TableNormal"/>
    <w:uiPriority w:val="60"/>
    <w:rsid w:val="00FC693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Borders>
        <w:top w:val="single" w:sz="8" w:space="0" w:color="4BACC6" w:themeColor="accent5"/>
        <w:bottom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LightShading-Accent6">
    <w:name w:val="Light Shading Accent 6"/>
    <w:basedOn w:val="TableNormal"/>
    <w:uiPriority w:val="60"/>
    <w:rsid w:val="00FC693F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Borders>
        <w:top w:val="single" w:sz="8" w:space="0" w:color="F79646" w:themeColor="accent6"/>
        <w:bottom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LightList">
    <w:name w:val="Light List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-Accent2">
    <w:name w:val="Light List Accent 2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-Accent3">
    <w:name w:val="Light List Accent 3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-Accent4">
    <w:name w:val="Light List Accent 4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-Accent5">
    <w:name w:val="Light List Accent 5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-Accent6">
    <w:name w:val="Light List Accent 6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">
    <w:name w:val="Light Grid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-Accent3">
    <w:name w:val="Light Grid Accent 3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-Accent4">
    <w:name w:val="Light Grid Accent 4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-Accent5">
    <w:name w:val="Light Grid Accent 5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-Accent6">
    <w:name w:val="Light Grid Accent 6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">
    <w:name w:val="Medium Shading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">
    <w:name w:val="Medium Lis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">
    <w:name w:val="Medium List 1 Accent 2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bottom w:val="single" w:sz="8" w:space="0" w:color="C0504D" w:themeColor="accent2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">
    <w:name w:val="Medium List 1 Accent 3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bottom w:val="single" w:sz="8" w:space="0" w:color="9BBB59" w:themeColor="accent3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">
    <w:name w:val="Medium List 1 Accent 4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bottom w:val="single" w:sz="8" w:space="0" w:color="8064A2" w:themeColor="accent4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">
    <w:name w:val="Medium List 1 Accent 5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bottom w:val="single" w:sz="8" w:space="0" w:color="4BACC6" w:themeColor="accent5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">
    <w:name w:val="Medium List 1 Accent 6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bottom w:val="single" w:sz="8" w:space="0" w:color="F79646" w:themeColor="accent6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">
    <w:name w:val="Medium Lis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">
    <w:name w:val="Medium Grid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">
    <w:name w:val="Medium Grid 1 Accent 2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">
    <w:name w:val="Medium Grid 1 Accent 3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">
    <w:name w:val="Medium Grid 1 Accent 4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">
    <w:name w:val="Medium Grid 1 Accent 5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">
    <w:name w:val="Medium Grid 1 Accent 6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">
    <w:name w:val="Medium Grid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">
    <w:name w:val="Medium Grid 3 Accent 2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">
    <w:name w:val="Medium Grid 3 Accent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4">
    <w:name w:val="Medium Grid 3 Accent 4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5">
    <w:name w:val="Medium Grid 3 Accent 5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6">
    <w:name w:val="Medium Grid 3 Accent 6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">
    <w:name w:val="Dark List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">
    <w:name w:val="Dark List Accent 2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">
    <w:name w:val="Dark List Accent 3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">
    <w:name w:val="Dark List Accent 4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">
    <w:name w:val="Dark List Accent 5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">
    <w:name w:val="Dark List Accent 6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">
    <w:name w:val="Colorful Shading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">
    <w:name w:val="Colorful List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">
    <w:name w:val="Colorful List Accent 2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">
    <w:name w:val="Colorful List Accent 3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">
    <w:name w:val="Colorful List Accent 4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">
    <w:name w:val="Colorful List Accent 5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">
    <w:name w:val="Colorful List Accent 6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">
    <w:name w:val="Colorful Grid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">
    <w:name w:val="Colorful Grid Accent 2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">
    <w:name w:val="Colorful Grid Accent 3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">
    <w:name w:val="Colorful Grid Accent 4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">
    <w:name w:val="Colorful Grid Accent 5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">
    <w:name w:val="Colorful Grid Accent 6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paragraph" w:styleId="BalloonText">
    <w:name w:val="Balloon Text"/>
    <w:basedOn w:val="Normal"/>
    <w:link w:val="BalloonTextChar"/>
    <w:uiPriority w:val="99"/>
    <w:semiHidden/>
    <w:unhideWhenUsed/>
    <w:rsid w:val="002B628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B628F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750730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3CC68013-57C7-44CE-A267-A46DA9B9F0A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5</Pages>
  <Words>619</Words>
  <Characters>3529</Characters>
  <Application>Microsoft Office Word</Application>
  <DocSecurity>0</DocSecurity>
  <Lines>29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/>
  <Company/>
  <LinksUpToDate>false</LinksUpToDate>
  <CharactersWithSpaces>4140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python-docx</dc:creator>
  <cp:keywords/>
  <dc:description/>
  <cp:lastModifiedBy>Donna Selby</cp:lastModifiedBy>
  <cp:revision>2</cp:revision>
  <dcterms:created xsi:type="dcterms:W3CDTF">2020-11-09T20:09:00Z</dcterms:created>
  <dcterms:modified xsi:type="dcterms:W3CDTF">2020-11-09T20:09:00Z</dcterms:modified>
  <cp:category/>
</cp:coreProperties>
</file>